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4CB68" w14:textId="765AA0F1" w:rsidR="00C0745B" w:rsidRPr="000A1DD3" w:rsidRDefault="008D7866" w:rsidP="000A1DD3">
      <w:pPr>
        <w:adjustRightInd w:val="0"/>
        <w:snapToGrid w:val="0"/>
        <w:spacing w:after="0" w:line="240" w:lineRule="auto"/>
        <w:jc w:val="center"/>
        <w:rPr>
          <w:rFonts w:asciiTheme="majorEastAsia" w:eastAsiaTheme="majorEastAsia" w:hAnsiTheme="majorEastAsia"/>
        </w:rPr>
      </w:pPr>
      <w:proofErr w:type="spellStart"/>
      <w:r w:rsidRPr="000A1DD3">
        <w:rPr>
          <w:rFonts w:asciiTheme="majorEastAsia" w:eastAsiaTheme="majorEastAsia" w:hAnsiTheme="majorEastAsia"/>
          <w:b/>
          <w:sz w:val="32"/>
        </w:rPr>
        <w:t>地下埋設物図面等提供</w:t>
      </w:r>
      <w:proofErr w:type="spellEnd"/>
      <w:r w:rsidR="00EB2632">
        <w:rPr>
          <w:rFonts w:asciiTheme="majorEastAsia" w:eastAsiaTheme="majorEastAsia" w:hAnsiTheme="majorEastAsia" w:hint="eastAsia"/>
          <w:b/>
          <w:sz w:val="32"/>
          <w:lang w:eastAsia="ja-JP"/>
        </w:rPr>
        <w:t>申込書</w:t>
      </w:r>
      <w:r w:rsidRPr="000A1DD3">
        <w:rPr>
          <w:rFonts w:asciiTheme="majorEastAsia" w:eastAsiaTheme="majorEastAsia" w:hAnsiTheme="majorEastAsia"/>
          <w:b/>
          <w:sz w:val="32"/>
        </w:rPr>
        <w:t>（案）</w:t>
      </w:r>
    </w:p>
    <w:p w14:paraId="1BBCA56E" w14:textId="77777777" w:rsidR="000A1DD3" w:rsidRDefault="000A1DD3" w:rsidP="000A1DD3">
      <w:pPr>
        <w:adjustRightInd w:val="0"/>
        <w:snapToGrid w:val="0"/>
        <w:spacing w:after="0" w:line="240" w:lineRule="auto"/>
        <w:jc w:val="right"/>
        <w:rPr>
          <w:rFonts w:ascii="ＭＳ 明朝" w:eastAsia="ＭＳ 明朝" w:hAnsi="ＭＳ 明朝"/>
          <w:lang w:eastAsia="ja-JP"/>
        </w:rPr>
      </w:pPr>
    </w:p>
    <w:p w14:paraId="779C2421" w14:textId="0D550386" w:rsidR="00C0745B" w:rsidRPr="000A1DD3" w:rsidRDefault="008D7866" w:rsidP="000A1DD3">
      <w:pPr>
        <w:adjustRightInd w:val="0"/>
        <w:snapToGrid w:val="0"/>
        <w:spacing w:after="0" w:line="240" w:lineRule="auto"/>
        <w:jc w:val="right"/>
        <w:rPr>
          <w:rFonts w:ascii="ＭＳ 明朝" w:eastAsia="ＭＳ 明朝" w:hAnsi="ＭＳ 明朝"/>
        </w:rPr>
      </w:pPr>
      <w:r w:rsidRPr="000A1DD3">
        <w:rPr>
          <w:rFonts w:ascii="ＭＳ 明朝" w:eastAsia="ＭＳ 明朝" w:hAnsi="ＭＳ 明朝"/>
        </w:rPr>
        <w:t>令和</w:t>
      </w:r>
      <w:r w:rsidR="00A8247C">
        <w:rPr>
          <w:rFonts w:ascii="ＭＳ 明朝" w:eastAsia="ＭＳ 明朝" w:hAnsi="ＭＳ 明朝" w:hint="eastAsia"/>
          <w:lang w:eastAsia="ja-JP"/>
        </w:rPr>
        <w:t>８</w:t>
      </w:r>
      <w:r w:rsidRPr="000A1DD3">
        <w:rPr>
          <w:rFonts w:ascii="ＭＳ 明朝" w:eastAsia="ＭＳ 明朝" w:hAnsi="ＭＳ 明朝"/>
        </w:rPr>
        <w:t>年</w:t>
      </w:r>
      <w:r w:rsidR="00A8247C">
        <w:rPr>
          <w:rFonts w:ascii="ＭＳ 明朝" w:eastAsia="ＭＳ 明朝" w:hAnsi="ＭＳ 明朝" w:hint="eastAsia"/>
          <w:lang w:eastAsia="ja-JP"/>
        </w:rPr>
        <w:t xml:space="preserve">　　</w:t>
      </w:r>
      <w:r w:rsidRPr="000A1DD3">
        <w:rPr>
          <w:rFonts w:ascii="ＭＳ 明朝" w:eastAsia="ＭＳ 明朝" w:hAnsi="ＭＳ 明朝"/>
        </w:rPr>
        <w:t>月　　日</w:t>
      </w:r>
    </w:p>
    <w:p w14:paraId="336F1289" w14:textId="77777777" w:rsidR="000A1DD3" w:rsidRPr="000A1DD3" w:rsidRDefault="000A1DD3" w:rsidP="000A1DD3">
      <w:pPr>
        <w:adjustRightInd w:val="0"/>
        <w:snapToGrid w:val="0"/>
        <w:spacing w:after="0" w:line="240" w:lineRule="auto"/>
        <w:rPr>
          <w:rFonts w:ascii="ＭＳ 明朝" w:eastAsia="ＭＳ 明朝" w:hAnsi="ＭＳ 明朝"/>
          <w:lang w:eastAsia="ja-JP"/>
        </w:rPr>
      </w:pPr>
    </w:p>
    <w:p w14:paraId="3C22ED8A" w14:textId="2724376D" w:rsidR="00C0745B" w:rsidRPr="000A1DD3" w:rsidRDefault="000A1DD3" w:rsidP="000A1DD3">
      <w:pPr>
        <w:adjustRightInd w:val="0"/>
        <w:snapToGrid w:val="0"/>
        <w:spacing w:after="0" w:line="240" w:lineRule="auto"/>
        <w:rPr>
          <w:rFonts w:ascii="ＭＳ 明朝" w:eastAsia="ＭＳ 明朝" w:hAnsi="ＭＳ 明朝"/>
          <w:lang w:eastAsia="ja-JP"/>
        </w:rPr>
      </w:pPr>
      <w:r w:rsidRPr="000A1DD3">
        <w:rPr>
          <w:rFonts w:ascii="ＭＳ 明朝" w:eastAsia="ＭＳ 明朝" w:hAnsi="ＭＳ 明朝" w:hint="eastAsia"/>
          <w:lang w:eastAsia="ja-JP"/>
        </w:rPr>
        <w:t>大阪府○○土木事務所長</w:t>
      </w:r>
      <w:r w:rsidR="008D7866" w:rsidRPr="000A1DD3">
        <w:rPr>
          <w:rFonts w:ascii="ＭＳ 明朝" w:eastAsia="ＭＳ 明朝" w:hAnsi="ＭＳ 明朝"/>
          <w:lang w:eastAsia="ja-JP"/>
        </w:rPr>
        <w:t xml:space="preserve">　様</w:t>
      </w:r>
    </w:p>
    <w:p w14:paraId="4B4B65A5" w14:textId="77777777" w:rsidR="000A1DD3" w:rsidRPr="000A1DD3" w:rsidRDefault="000A1DD3" w:rsidP="000A1DD3">
      <w:pPr>
        <w:adjustRightInd w:val="0"/>
        <w:snapToGrid w:val="0"/>
        <w:spacing w:after="0" w:line="240" w:lineRule="auto"/>
        <w:rPr>
          <w:rFonts w:ascii="ＭＳ 明朝" w:eastAsia="ＭＳ 明朝" w:hAnsi="ＭＳ 明朝"/>
          <w:lang w:eastAsia="ja-JP"/>
        </w:rPr>
      </w:pPr>
    </w:p>
    <w:p w14:paraId="2DCB4550" w14:textId="68E82507" w:rsidR="000A1DD3" w:rsidRPr="000A1DD3" w:rsidRDefault="000A1DD3" w:rsidP="000A1DD3">
      <w:pPr>
        <w:adjustRightInd w:val="0"/>
        <w:snapToGrid w:val="0"/>
        <w:spacing w:after="0" w:line="240" w:lineRule="auto"/>
        <w:ind w:left="2880" w:firstLine="720"/>
        <w:rPr>
          <w:rFonts w:ascii="ＭＳ 明朝" w:eastAsia="ＭＳ 明朝" w:hAnsi="ＭＳ 明朝"/>
          <w:lang w:eastAsia="ja-JP"/>
        </w:rPr>
      </w:pPr>
      <w:r w:rsidRPr="000A1DD3">
        <w:rPr>
          <w:rFonts w:ascii="ＭＳ 明朝" w:eastAsia="ＭＳ 明朝" w:hAnsi="ＭＳ 明朝" w:hint="eastAsia"/>
          <w:lang w:eastAsia="ja-JP"/>
        </w:rPr>
        <w:t>申請者</w:t>
      </w:r>
      <w:r w:rsidRPr="000A1DD3">
        <w:rPr>
          <w:rFonts w:ascii="ＭＳ 明朝" w:eastAsia="ＭＳ 明朝" w:hAnsi="ＭＳ 明朝"/>
          <w:lang w:eastAsia="ja-JP"/>
        </w:rPr>
        <w:tab/>
      </w:r>
      <w:r w:rsidRPr="000A1DD3">
        <w:rPr>
          <w:rFonts w:ascii="ＭＳ 明朝" w:eastAsia="ＭＳ 明朝" w:hAnsi="ＭＳ 明朝"/>
          <w:lang w:eastAsia="ja-JP"/>
        </w:rPr>
        <w:tab/>
      </w:r>
      <w:r w:rsidRPr="000A1DD3">
        <w:rPr>
          <w:rFonts w:ascii="ＭＳ 明朝" w:eastAsia="ＭＳ 明朝" w:hAnsi="ＭＳ 明朝" w:hint="eastAsia"/>
          <w:lang w:eastAsia="ja-JP"/>
        </w:rPr>
        <w:t>所在地</w:t>
      </w:r>
    </w:p>
    <w:p w14:paraId="5F60140D" w14:textId="33F7E155" w:rsidR="000A1DD3" w:rsidRPr="000A1DD3" w:rsidRDefault="000A1DD3" w:rsidP="000A1DD3">
      <w:pPr>
        <w:adjustRightInd w:val="0"/>
        <w:snapToGrid w:val="0"/>
        <w:spacing w:after="0" w:line="240" w:lineRule="auto"/>
        <w:ind w:left="4320" w:firstLine="720"/>
        <w:rPr>
          <w:rFonts w:ascii="ＭＳ 明朝" w:eastAsia="ＭＳ 明朝" w:hAnsi="ＭＳ 明朝"/>
          <w:lang w:eastAsia="ja-JP"/>
        </w:rPr>
      </w:pPr>
      <w:r w:rsidRPr="000A1DD3">
        <w:rPr>
          <w:rFonts w:ascii="ＭＳ 明朝" w:eastAsia="ＭＳ 明朝" w:hAnsi="ＭＳ 明朝" w:hint="eastAsia"/>
          <w:lang w:eastAsia="ja-JP"/>
        </w:rPr>
        <w:t>法人名</w:t>
      </w:r>
    </w:p>
    <w:p w14:paraId="6B18E6AC" w14:textId="4AE8A6F8" w:rsidR="000A1DD3" w:rsidRPr="000A1DD3" w:rsidRDefault="000A1DD3" w:rsidP="000A1DD3">
      <w:pPr>
        <w:adjustRightInd w:val="0"/>
        <w:snapToGrid w:val="0"/>
        <w:spacing w:after="0" w:line="240" w:lineRule="auto"/>
        <w:ind w:left="4320" w:firstLine="720"/>
        <w:rPr>
          <w:rFonts w:ascii="ＭＳ 明朝" w:eastAsia="ＭＳ 明朝" w:hAnsi="ＭＳ 明朝"/>
          <w:lang w:eastAsia="ja-JP"/>
        </w:rPr>
      </w:pPr>
      <w:r w:rsidRPr="000A1DD3">
        <w:rPr>
          <w:rFonts w:ascii="ＭＳ 明朝" w:eastAsia="ＭＳ 明朝" w:hAnsi="ＭＳ 明朝" w:hint="eastAsia"/>
          <w:lang w:eastAsia="ja-JP"/>
        </w:rPr>
        <w:t>代表者職・氏名</w:t>
      </w:r>
    </w:p>
    <w:p w14:paraId="53FDC6E7" w14:textId="0C53476E" w:rsidR="000A1DD3" w:rsidRPr="000A1DD3" w:rsidRDefault="000A1DD3" w:rsidP="000A1DD3">
      <w:pPr>
        <w:adjustRightInd w:val="0"/>
        <w:snapToGrid w:val="0"/>
        <w:spacing w:after="0" w:line="240" w:lineRule="auto"/>
        <w:ind w:left="4320" w:firstLine="720"/>
        <w:rPr>
          <w:rFonts w:ascii="ＭＳ 明朝" w:eastAsia="ＭＳ 明朝" w:hAnsi="ＭＳ 明朝"/>
          <w:lang w:eastAsia="ja-JP"/>
        </w:rPr>
      </w:pPr>
      <w:r w:rsidRPr="000A1DD3">
        <w:rPr>
          <w:rFonts w:ascii="ＭＳ 明朝" w:eastAsia="ＭＳ 明朝" w:hAnsi="ＭＳ 明朝" w:hint="eastAsia"/>
          <w:lang w:eastAsia="ja-JP"/>
        </w:rPr>
        <w:t>担当者名</w:t>
      </w:r>
    </w:p>
    <w:p w14:paraId="6A20BC23" w14:textId="6ABF7247" w:rsidR="000A1DD3" w:rsidRDefault="000A1DD3" w:rsidP="000A1DD3">
      <w:pPr>
        <w:adjustRightInd w:val="0"/>
        <w:snapToGrid w:val="0"/>
        <w:spacing w:after="0" w:line="240" w:lineRule="auto"/>
        <w:ind w:left="5040"/>
        <w:rPr>
          <w:rFonts w:ascii="ＭＳ 明朝" w:eastAsia="ＭＳ 明朝" w:hAnsi="ＭＳ 明朝"/>
          <w:lang w:eastAsia="ja-JP"/>
        </w:rPr>
      </w:pPr>
      <w:r w:rsidRPr="000A1DD3">
        <w:rPr>
          <w:rFonts w:ascii="ＭＳ 明朝" w:eastAsia="ＭＳ 明朝" w:hAnsi="ＭＳ 明朝" w:hint="eastAsia"/>
          <w:lang w:eastAsia="ja-JP"/>
        </w:rPr>
        <w:t>連絡先</w:t>
      </w:r>
      <w:r w:rsidRPr="000A1DD3">
        <w:rPr>
          <w:rFonts w:ascii="ＭＳ 明朝" w:eastAsia="ＭＳ 明朝" w:hAnsi="ＭＳ 明朝"/>
          <w:lang w:eastAsia="ja-JP"/>
        </w:rPr>
        <w:t>（電話・メール）</w:t>
      </w:r>
    </w:p>
    <w:p w14:paraId="717DBBE9" w14:textId="77777777" w:rsidR="000A1DD3" w:rsidRDefault="000A1DD3" w:rsidP="000A1DD3">
      <w:pPr>
        <w:adjustRightInd w:val="0"/>
        <w:snapToGrid w:val="0"/>
        <w:spacing w:after="0" w:line="240" w:lineRule="auto"/>
        <w:rPr>
          <w:rFonts w:ascii="ＭＳ 明朝" w:eastAsia="ＭＳ 明朝" w:hAnsi="ＭＳ 明朝"/>
          <w:lang w:eastAsia="ja-JP"/>
        </w:rPr>
      </w:pPr>
    </w:p>
    <w:p w14:paraId="524795FF" w14:textId="77777777" w:rsidR="000A1DD3" w:rsidRPr="000A1DD3" w:rsidRDefault="000A1DD3" w:rsidP="000A1DD3">
      <w:pPr>
        <w:adjustRightInd w:val="0"/>
        <w:snapToGrid w:val="0"/>
        <w:spacing w:after="0" w:line="240" w:lineRule="auto"/>
        <w:rPr>
          <w:rFonts w:ascii="ＭＳ 明朝" w:eastAsia="ＭＳ 明朝" w:hAnsi="ＭＳ 明朝"/>
          <w:lang w:eastAsia="ja-JP"/>
        </w:rPr>
      </w:pPr>
    </w:p>
    <w:p w14:paraId="22FFA22C" w14:textId="0F9C71DC" w:rsidR="00C0745B" w:rsidRDefault="008D7866" w:rsidP="000A1DD3">
      <w:pPr>
        <w:adjustRightInd w:val="0"/>
        <w:snapToGrid w:val="0"/>
        <w:spacing w:after="0" w:line="240" w:lineRule="auto"/>
        <w:ind w:firstLineChars="100" w:firstLine="220"/>
        <w:rPr>
          <w:rFonts w:ascii="ＭＳ 明朝" w:eastAsia="ＭＳ 明朝" w:hAnsi="ＭＳ 明朝"/>
          <w:lang w:eastAsia="ja-JP"/>
        </w:rPr>
      </w:pPr>
      <w:r w:rsidRPr="000A1DD3">
        <w:rPr>
          <w:rFonts w:ascii="ＭＳ 明朝" w:eastAsia="ＭＳ 明朝" w:hAnsi="ＭＳ 明朝"/>
          <w:lang w:eastAsia="ja-JP"/>
        </w:rPr>
        <w:t>以下のとおり資料提供を</w:t>
      </w:r>
      <w:r w:rsidR="00EB2632">
        <w:rPr>
          <w:rFonts w:ascii="ＭＳ 明朝" w:eastAsia="ＭＳ 明朝" w:hAnsi="ＭＳ 明朝" w:hint="eastAsia"/>
          <w:lang w:eastAsia="ja-JP"/>
        </w:rPr>
        <w:t>申し込みます</w:t>
      </w:r>
      <w:r w:rsidRPr="000A1DD3">
        <w:rPr>
          <w:rFonts w:ascii="ＭＳ 明朝" w:eastAsia="ＭＳ 明朝" w:hAnsi="ＭＳ 明朝"/>
          <w:lang w:eastAsia="ja-JP"/>
        </w:rPr>
        <w:t>。</w:t>
      </w:r>
    </w:p>
    <w:p w14:paraId="07F09B6F" w14:textId="77777777" w:rsidR="000A1DD3" w:rsidRDefault="000A1DD3" w:rsidP="000A1DD3">
      <w:pPr>
        <w:adjustRightInd w:val="0"/>
        <w:snapToGrid w:val="0"/>
        <w:spacing w:after="0" w:line="240" w:lineRule="auto"/>
        <w:ind w:firstLineChars="100" w:firstLine="220"/>
        <w:rPr>
          <w:rFonts w:ascii="ＭＳ 明朝" w:eastAsia="ＭＳ 明朝" w:hAnsi="ＭＳ 明朝"/>
          <w:lang w:eastAsia="ja-JP"/>
        </w:rPr>
      </w:pPr>
    </w:p>
    <w:p w14:paraId="49444F86" w14:textId="77777777" w:rsidR="000A1DD3" w:rsidRDefault="000A1DD3" w:rsidP="000A1DD3">
      <w:pPr>
        <w:adjustRightInd w:val="0"/>
        <w:snapToGrid w:val="0"/>
        <w:spacing w:after="0" w:line="240" w:lineRule="auto"/>
        <w:ind w:firstLineChars="100" w:firstLine="220"/>
        <w:rPr>
          <w:rFonts w:ascii="ＭＳ 明朝" w:eastAsia="ＭＳ 明朝" w:hAnsi="ＭＳ 明朝"/>
          <w:lang w:eastAsia="ja-JP"/>
        </w:rPr>
      </w:pPr>
    </w:p>
    <w:p w14:paraId="408B2F8A" w14:textId="77777777" w:rsidR="000A1DD3" w:rsidRPr="000A1DD3" w:rsidRDefault="000A1DD3" w:rsidP="000A1DD3">
      <w:pPr>
        <w:adjustRightInd w:val="0"/>
        <w:snapToGrid w:val="0"/>
        <w:spacing w:after="0" w:line="240" w:lineRule="auto"/>
        <w:ind w:firstLineChars="100" w:firstLine="220"/>
        <w:rPr>
          <w:rFonts w:ascii="ＭＳ 明朝" w:eastAsia="ＭＳ 明朝" w:hAnsi="ＭＳ 明朝"/>
          <w:lang w:eastAsia="ja-JP"/>
        </w:rPr>
      </w:pPr>
    </w:p>
    <w:p w14:paraId="679C1CD1" w14:textId="77777777" w:rsidR="005D71CE" w:rsidRDefault="008D7866" w:rsidP="005D71CE">
      <w:pPr>
        <w:spacing w:after="0" w:line="240" w:lineRule="auto"/>
        <w:rPr>
          <w:rFonts w:asciiTheme="majorEastAsia" w:eastAsiaTheme="majorEastAsia" w:hAnsiTheme="majorEastAsia"/>
          <w:sz w:val="24"/>
          <w:szCs w:val="24"/>
          <w:lang w:eastAsia="ja-JP"/>
        </w:rPr>
      </w:pPr>
      <w:r w:rsidRPr="000A1DD3">
        <w:rPr>
          <w:rFonts w:asciiTheme="majorEastAsia" w:eastAsiaTheme="majorEastAsia" w:hAnsiTheme="majorEastAsia"/>
          <w:sz w:val="24"/>
          <w:szCs w:val="24"/>
          <w:lang w:eastAsia="ja-JP"/>
        </w:rPr>
        <w:t xml:space="preserve">１　</w:t>
      </w:r>
      <w:r w:rsidR="000A1DD3" w:rsidRPr="005D71CE">
        <w:rPr>
          <w:rFonts w:asciiTheme="majorEastAsia" w:eastAsiaTheme="majorEastAsia" w:hAnsiTheme="majorEastAsia"/>
          <w:sz w:val="24"/>
          <w:szCs w:val="24"/>
          <w:lang w:eastAsia="ja-JP"/>
        </w:rPr>
        <w:t>利用目的</w:t>
      </w:r>
    </w:p>
    <w:p w14:paraId="40987782" w14:textId="34A11847" w:rsidR="000A1DD3" w:rsidRPr="005D71CE" w:rsidRDefault="000A1DD3" w:rsidP="005D71CE">
      <w:pPr>
        <w:spacing w:after="0" w:line="240" w:lineRule="auto"/>
        <w:ind w:firstLineChars="100" w:firstLine="240"/>
        <w:rPr>
          <w:rFonts w:ascii="ＭＳ 明朝" w:eastAsia="ＭＳ 明朝" w:hAnsi="ＭＳ 明朝"/>
          <w:sz w:val="24"/>
          <w:szCs w:val="24"/>
          <w:lang w:eastAsia="ja-JP"/>
        </w:rPr>
      </w:pPr>
      <w:r w:rsidRPr="005D71CE">
        <w:rPr>
          <w:rFonts w:ascii="ＭＳ 明朝" w:eastAsia="ＭＳ 明朝" w:hAnsi="ＭＳ 明朝"/>
          <w:sz w:val="24"/>
          <w:szCs w:val="24"/>
          <w:lang w:eastAsia="ja-JP"/>
        </w:rPr>
        <w:t>指定管理者公募への</w:t>
      </w:r>
      <w:r w:rsidR="00D557B5" w:rsidRPr="005D71CE">
        <w:rPr>
          <w:rFonts w:ascii="ＭＳ 明朝" w:eastAsia="ＭＳ 明朝" w:hAnsi="ＭＳ 明朝" w:hint="eastAsia"/>
          <w:sz w:val="24"/>
          <w:szCs w:val="24"/>
          <w:lang w:eastAsia="ja-JP"/>
        </w:rPr>
        <w:t>参加</w:t>
      </w:r>
      <w:r w:rsidRPr="005D71CE">
        <w:rPr>
          <w:rFonts w:ascii="ＭＳ 明朝" w:eastAsia="ＭＳ 明朝" w:hAnsi="ＭＳ 明朝"/>
          <w:sz w:val="24"/>
          <w:szCs w:val="24"/>
          <w:lang w:eastAsia="ja-JP"/>
        </w:rPr>
        <w:t>検討のため</w:t>
      </w:r>
      <w:r w:rsidR="005D71CE">
        <w:rPr>
          <w:rFonts w:ascii="ＭＳ 明朝" w:eastAsia="ＭＳ 明朝" w:hAnsi="ＭＳ 明朝" w:hint="eastAsia"/>
          <w:sz w:val="24"/>
          <w:szCs w:val="24"/>
          <w:lang w:eastAsia="ja-JP"/>
        </w:rPr>
        <w:t>。</w:t>
      </w:r>
    </w:p>
    <w:p w14:paraId="3447544D" w14:textId="77777777" w:rsidR="005D71CE" w:rsidRDefault="005D71CE" w:rsidP="005D71CE">
      <w:pPr>
        <w:spacing w:after="0" w:line="240" w:lineRule="auto"/>
        <w:rPr>
          <w:rFonts w:ascii="ＭＳ 明朝" w:eastAsia="ＭＳ 明朝" w:hAnsi="ＭＳ 明朝"/>
          <w:lang w:eastAsia="ja-JP"/>
        </w:rPr>
      </w:pPr>
    </w:p>
    <w:p w14:paraId="6EEEA008" w14:textId="77777777" w:rsidR="005D71CE" w:rsidRDefault="005D71CE" w:rsidP="005D71CE">
      <w:pPr>
        <w:spacing w:after="0" w:line="240" w:lineRule="auto"/>
        <w:rPr>
          <w:rFonts w:ascii="ＭＳ 明朝" w:eastAsia="ＭＳ 明朝" w:hAnsi="ＭＳ 明朝"/>
          <w:lang w:eastAsia="ja-JP"/>
        </w:rPr>
      </w:pPr>
    </w:p>
    <w:p w14:paraId="2C89F610" w14:textId="77777777" w:rsidR="005D71CE" w:rsidRPr="00A8247C" w:rsidRDefault="005D71CE" w:rsidP="005D71CE">
      <w:pPr>
        <w:spacing w:after="0" w:line="240" w:lineRule="auto"/>
        <w:rPr>
          <w:rFonts w:ascii="ＭＳ 明朝" w:eastAsia="ＭＳ 明朝" w:hAnsi="ＭＳ 明朝" w:hint="eastAsia"/>
          <w:lang w:eastAsia="ja-JP"/>
        </w:rPr>
      </w:pPr>
    </w:p>
    <w:p w14:paraId="75821190" w14:textId="50C770AE" w:rsidR="000A1DD3" w:rsidRPr="005D71CE" w:rsidRDefault="005D71CE" w:rsidP="005D71CE">
      <w:pPr>
        <w:adjustRightInd w:val="0"/>
        <w:snapToGrid w:val="0"/>
        <w:spacing w:after="0" w:line="240" w:lineRule="auto"/>
        <w:rPr>
          <w:rFonts w:ascii="ＭＳ 明朝" w:eastAsia="ＭＳ 明朝" w:hAnsi="ＭＳ 明朝"/>
          <w:lang w:eastAsia="ja-JP"/>
        </w:rPr>
      </w:pPr>
      <w:r w:rsidRPr="005D71CE">
        <w:rPr>
          <w:rFonts w:asciiTheme="majorEastAsia" w:eastAsiaTheme="majorEastAsia" w:hAnsiTheme="majorEastAsia" w:hint="eastAsia"/>
          <w:sz w:val="24"/>
          <w:szCs w:val="24"/>
          <w:lang w:eastAsia="ja-JP"/>
        </w:rPr>
        <w:t xml:space="preserve">２　</w:t>
      </w:r>
      <w:r w:rsidR="008D7866" w:rsidRPr="005D71CE">
        <w:rPr>
          <w:rFonts w:asciiTheme="majorEastAsia" w:eastAsiaTheme="majorEastAsia" w:hAnsiTheme="majorEastAsia"/>
          <w:sz w:val="24"/>
          <w:szCs w:val="24"/>
          <w:lang w:eastAsia="ja-JP"/>
        </w:rPr>
        <w:t>提供希望資料</w:t>
      </w:r>
      <w:r w:rsidR="000A1DD3" w:rsidRPr="005D71CE">
        <w:rPr>
          <w:rFonts w:ascii="ＭＳ 明朝" w:eastAsia="ＭＳ 明朝" w:hAnsi="ＭＳ 明朝" w:hint="eastAsia"/>
          <w:lang w:eastAsia="ja-JP"/>
        </w:rPr>
        <w:t>（該当する資料に</w:t>
      </w:r>
      <w:r w:rsidR="00A8247C" w:rsidRPr="005D71CE">
        <w:rPr>
          <w:rFonts w:ascii="ＭＳ 明朝" w:eastAsia="ＭＳ 明朝" w:hAnsi="ＭＳ 明朝" w:hint="eastAsia"/>
          <w:lang w:eastAsia="ja-JP"/>
        </w:rPr>
        <w:t>☑</w:t>
      </w:r>
      <w:r w:rsidR="000A1DD3" w:rsidRPr="005D71CE">
        <w:rPr>
          <w:rFonts w:ascii="ＭＳ 明朝" w:eastAsia="ＭＳ 明朝" w:hAnsi="ＭＳ 明朝" w:hint="eastAsia"/>
          <w:lang w:eastAsia="ja-JP"/>
        </w:rPr>
        <w:t>をつけてください）</w:t>
      </w:r>
    </w:p>
    <w:p w14:paraId="5A651697" w14:textId="77777777" w:rsidR="005D71CE" w:rsidRDefault="00923314" w:rsidP="00A8247C">
      <w:pPr>
        <w:adjustRightInd w:val="0"/>
        <w:snapToGrid w:val="0"/>
        <w:spacing w:after="0" w:line="240" w:lineRule="auto"/>
        <w:ind w:firstLineChars="327" w:firstLine="719"/>
        <w:rPr>
          <w:rFonts w:ascii="ＭＳ 明朝" w:eastAsia="ＭＳ 明朝" w:hAnsi="ＭＳ 明朝"/>
          <w:lang w:eastAsia="ja-JP"/>
        </w:rPr>
      </w:pPr>
      <w:sdt>
        <w:sdtPr>
          <w:rPr>
            <w:rFonts w:ascii="ＭＳ 明朝" w:eastAsia="ＭＳ 明朝" w:hAnsi="ＭＳ 明朝" w:hint="eastAsia"/>
            <w:lang w:eastAsia="ja-JP"/>
          </w:rPr>
          <w:id w:val="-2980402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A8247C">
            <w:rPr>
              <w:rFonts w:ascii="ＭＳ ゴシック" w:eastAsia="ＭＳ ゴシック" w:hAnsi="ＭＳ ゴシック" w:hint="eastAsia"/>
              <w:lang w:eastAsia="ja-JP"/>
            </w:rPr>
            <w:t>☐</w:t>
          </w:r>
        </w:sdtContent>
      </w:sdt>
      <w:r w:rsidR="008D7866" w:rsidRPr="000A1DD3">
        <w:rPr>
          <w:rFonts w:ascii="ＭＳ 明朝" w:eastAsia="ＭＳ 明朝" w:hAnsi="ＭＳ 明朝"/>
          <w:lang w:eastAsia="ja-JP"/>
        </w:rPr>
        <w:t>建築</w:t>
      </w:r>
      <w:r w:rsidR="00A8247C">
        <w:rPr>
          <w:rFonts w:ascii="ＭＳ 明朝" w:eastAsia="ＭＳ 明朝" w:hAnsi="ＭＳ 明朝" w:hint="eastAsia"/>
          <w:lang w:eastAsia="ja-JP"/>
        </w:rPr>
        <w:t>物配置図</w:t>
      </w:r>
    </w:p>
    <w:p w14:paraId="787F92CF" w14:textId="0AF0FEA1" w:rsidR="00A8247C" w:rsidRDefault="00923314" w:rsidP="00A8247C">
      <w:pPr>
        <w:adjustRightInd w:val="0"/>
        <w:snapToGrid w:val="0"/>
        <w:spacing w:after="0" w:line="240" w:lineRule="auto"/>
        <w:ind w:firstLineChars="327" w:firstLine="719"/>
        <w:rPr>
          <w:rFonts w:ascii="ＭＳ 明朝" w:eastAsia="ＭＳ 明朝" w:hAnsi="ＭＳ 明朝"/>
          <w:lang w:eastAsia="ja-JP"/>
        </w:rPr>
      </w:pPr>
      <w:sdt>
        <w:sdtPr>
          <w:rPr>
            <w:rFonts w:ascii="ＭＳ 明朝" w:eastAsia="ＭＳ 明朝" w:hAnsi="ＭＳ 明朝" w:hint="eastAsia"/>
            <w:lang w:eastAsia="ja-JP"/>
          </w:rPr>
          <w:id w:val="-97004672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A8247C">
            <w:rPr>
              <w:rFonts w:ascii="ＭＳ ゴシック" w:eastAsia="ＭＳ ゴシック" w:hAnsi="ＭＳ ゴシック" w:hint="eastAsia"/>
              <w:lang w:eastAsia="ja-JP"/>
            </w:rPr>
            <w:t>☐</w:t>
          </w:r>
        </w:sdtContent>
      </w:sdt>
      <w:r w:rsidR="00A8247C">
        <w:rPr>
          <w:rFonts w:ascii="ＭＳ 明朝" w:eastAsia="ＭＳ 明朝" w:hAnsi="ＭＳ 明朝" w:hint="eastAsia"/>
          <w:lang w:eastAsia="ja-JP"/>
        </w:rPr>
        <w:t>上水・給水施設平面図</w:t>
      </w:r>
    </w:p>
    <w:p w14:paraId="4349ADBA" w14:textId="77777777" w:rsidR="005D71CE" w:rsidRDefault="00A8247C" w:rsidP="000A1DD3">
      <w:pPr>
        <w:adjustRightInd w:val="0"/>
        <w:snapToGrid w:val="0"/>
        <w:spacing w:after="0" w:line="240" w:lineRule="auto"/>
        <w:ind w:firstLineChars="200" w:firstLine="440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/>
          <w:lang w:eastAsia="ja-JP"/>
        </w:rPr>
        <w:tab/>
      </w:r>
      <w:sdt>
        <w:sdtPr>
          <w:rPr>
            <w:rFonts w:ascii="ＭＳ 明朝" w:eastAsia="ＭＳ 明朝" w:hAnsi="ＭＳ 明朝" w:hint="eastAsia"/>
            <w:lang w:eastAsia="ja-JP"/>
          </w:rPr>
          <w:id w:val="-77070464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lang w:eastAsia="ja-JP"/>
            </w:rPr>
            <w:t>☐</w:t>
          </w:r>
        </w:sdtContent>
      </w:sdt>
      <w:r>
        <w:rPr>
          <w:rFonts w:ascii="ＭＳ 明朝" w:eastAsia="ＭＳ 明朝" w:hAnsi="ＭＳ 明朝" w:hint="eastAsia"/>
          <w:lang w:eastAsia="ja-JP"/>
        </w:rPr>
        <w:t>中水・井水施設平面図</w:t>
      </w:r>
    </w:p>
    <w:p w14:paraId="7B495EF3" w14:textId="7C9A9C4C" w:rsidR="00C0745B" w:rsidRPr="000A1DD3" w:rsidRDefault="00A8247C" w:rsidP="000A1DD3">
      <w:pPr>
        <w:adjustRightInd w:val="0"/>
        <w:snapToGrid w:val="0"/>
        <w:spacing w:after="0" w:line="240" w:lineRule="auto"/>
        <w:ind w:firstLineChars="200" w:firstLine="440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/>
          <w:lang w:eastAsia="ja-JP"/>
        </w:rPr>
        <w:tab/>
      </w:r>
      <w:sdt>
        <w:sdtPr>
          <w:rPr>
            <w:rFonts w:ascii="ＭＳ 明朝" w:eastAsia="ＭＳ 明朝" w:hAnsi="ＭＳ 明朝" w:hint="eastAsia"/>
            <w:lang w:eastAsia="ja-JP"/>
          </w:rPr>
          <w:id w:val="124245148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lang w:eastAsia="ja-JP"/>
            </w:rPr>
            <w:t>☐</w:t>
          </w:r>
        </w:sdtContent>
      </w:sdt>
      <w:r>
        <w:rPr>
          <w:rFonts w:ascii="ＭＳ 明朝" w:eastAsia="ＭＳ 明朝" w:hAnsi="ＭＳ 明朝" w:hint="eastAsia"/>
          <w:lang w:eastAsia="ja-JP"/>
        </w:rPr>
        <w:t>下水・排水施設平面図</w:t>
      </w:r>
    </w:p>
    <w:p w14:paraId="1A2BC645" w14:textId="77777777" w:rsidR="00EB2632" w:rsidRDefault="00EB2632" w:rsidP="000A1DD3">
      <w:pPr>
        <w:adjustRightInd w:val="0"/>
        <w:snapToGrid w:val="0"/>
        <w:spacing w:after="0" w:line="240" w:lineRule="auto"/>
        <w:ind w:firstLineChars="100" w:firstLine="220"/>
        <w:rPr>
          <w:rFonts w:ascii="ＭＳ 明朝" w:eastAsia="ＭＳ 明朝" w:hAnsi="ＭＳ 明朝"/>
          <w:lang w:eastAsia="ja-JP"/>
        </w:rPr>
      </w:pPr>
    </w:p>
    <w:p w14:paraId="192A311F" w14:textId="77777777" w:rsidR="005D71CE" w:rsidRDefault="005D71CE" w:rsidP="000A1DD3">
      <w:pPr>
        <w:adjustRightInd w:val="0"/>
        <w:snapToGrid w:val="0"/>
        <w:spacing w:after="0" w:line="240" w:lineRule="auto"/>
        <w:ind w:firstLineChars="100" w:firstLine="220"/>
        <w:rPr>
          <w:rFonts w:ascii="ＭＳ 明朝" w:eastAsia="ＭＳ 明朝" w:hAnsi="ＭＳ 明朝" w:hint="eastAsia"/>
          <w:lang w:eastAsia="ja-JP"/>
        </w:rPr>
      </w:pPr>
    </w:p>
    <w:p w14:paraId="665470B3" w14:textId="77777777" w:rsidR="00EB2632" w:rsidRPr="000A1DD3" w:rsidRDefault="00EB2632" w:rsidP="000A1DD3">
      <w:pPr>
        <w:adjustRightInd w:val="0"/>
        <w:snapToGrid w:val="0"/>
        <w:spacing w:after="0" w:line="240" w:lineRule="auto"/>
        <w:ind w:firstLineChars="100" w:firstLine="220"/>
        <w:rPr>
          <w:rFonts w:ascii="ＭＳ 明朝" w:eastAsia="ＭＳ 明朝" w:hAnsi="ＭＳ 明朝"/>
          <w:lang w:eastAsia="ja-JP"/>
        </w:rPr>
      </w:pPr>
    </w:p>
    <w:p w14:paraId="6C705D9A" w14:textId="30E9810F" w:rsidR="00C0745B" w:rsidRPr="000A1DD3" w:rsidRDefault="00EB2632" w:rsidP="000A1DD3">
      <w:pPr>
        <w:spacing w:after="0" w:line="240" w:lineRule="auto"/>
        <w:rPr>
          <w:rFonts w:asciiTheme="majorEastAsia" w:eastAsiaTheme="majorEastAsia" w:hAnsiTheme="majorEastAsia"/>
          <w:sz w:val="24"/>
          <w:szCs w:val="24"/>
          <w:lang w:eastAsia="ja-JP"/>
        </w:rPr>
      </w:pPr>
      <w:r>
        <w:rPr>
          <w:rFonts w:asciiTheme="majorEastAsia" w:eastAsiaTheme="majorEastAsia" w:hAnsiTheme="majorEastAsia" w:hint="eastAsia"/>
          <w:sz w:val="24"/>
          <w:szCs w:val="24"/>
          <w:lang w:eastAsia="ja-JP"/>
        </w:rPr>
        <w:t>※注意</w:t>
      </w:r>
      <w:r w:rsidR="008D7866" w:rsidRPr="000A1DD3">
        <w:rPr>
          <w:rFonts w:asciiTheme="majorEastAsia" w:eastAsiaTheme="majorEastAsia" w:hAnsiTheme="majorEastAsia"/>
          <w:sz w:val="24"/>
          <w:szCs w:val="24"/>
          <w:lang w:eastAsia="ja-JP"/>
        </w:rPr>
        <w:t>事項</w:t>
      </w:r>
    </w:p>
    <w:p w14:paraId="2DC3C698" w14:textId="0765F138" w:rsidR="00C0745B" w:rsidRPr="000A1DD3" w:rsidRDefault="000A1DD3" w:rsidP="000A1DD3">
      <w:pPr>
        <w:adjustRightInd w:val="0"/>
        <w:snapToGrid w:val="0"/>
        <w:spacing w:after="0" w:line="240" w:lineRule="auto"/>
        <w:ind w:leftChars="129" w:left="709" w:hangingChars="193" w:hanging="425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>１</w:t>
      </w:r>
      <w:r w:rsidR="008D7866" w:rsidRPr="000A1DD3">
        <w:rPr>
          <w:rFonts w:ascii="ＭＳ 明朝" w:eastAsia="ＭＳ 明朝" w:hAnsi="ＭＳ 明朝"/>
          <w:lang w:eastAsia="ja-JP"/>
        </w:rPr>
        <w:t xml:space="preserve">　提供を受けた資料は、指定管理者公募への応募検討以外の目的には使用</w:t>
      </w:r>
      <w:r w:rsidR="00EB2632">
        <w:rPr>
          <w:rFonts w:ascii="ＭＳ 明朝" w:eastAsia="ＭＳ 明朝" w:hAnsi="ＭＳ 明朝" w:hint="eastAsia"/>
          <w:lang w:eastAsia="ja-JP"/>
        </w:rPr>
        <w:t>しないでください</w:t>
      </w:r>
      <w:r w:rsidR="008D7866" w:rsidRPr="000A1DD3">
        <w:rPr>
          <w:rFonts w:ascii="ＭＳ 明朝" w:eastAsia="ＭＳ 明朝" w:hAnsi="ＭＳ 明朝"/>
          <w:lang w:eastAsia="ja-JP"/>
        </w:rPr>
        <w:t>。</w:t>
      </w:r>
    </w:p>
    <w:p w14:paraId="4AA6938E" w14:textId="14632C40" w:rsidR="00C0745B" w:rsidRPr="000A1DD3" w:rsidRDefault="000A1DD3" w:rsidP="000A1DD3">
      <w:pPr>
        <w:adjustRightInd w:val="0"/>
        <w:snapToGrid w:val="0"/>
        <w:spacing w:after="0" w:line="240" w:lineRule="auto"/>
        <w:ind w:leftChars="129" w:left="709" w:hangingChars="193" w:hanging="425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>２</w:t>
      </w:r>
      <w:r w:rsidR="008D7866" w:rsidRPr="000A1DD3">
        <w:rPr>
          <w:rFonts w:ascii="ＭＳ 明朝" w:eastAsia="ＭＳ 明朝" w:hAnsi="ＭＳ 明朝"/>
          <w:lang w:eastAsia="ja-JP"/>
        </w:rPr>
        <w:t xml:space="preserve">　</w:t>
      </w:r>
      <w:r w:rsidR="00D557B5" w:rsidRPr="00D557B5">
        <w:rPr>
          <w:rFonts w:ascii="ＭＳ 明朝" w:eastAsia="ＭＳ 明朝" w:hAnsi="ＭＳ 明朝"/>
          <w:lang w:eastAsia="ja-JP"/>
        </w:rPr>
        <w:t>提供を受けた資料は、公募検討に必要な範囲を除き、第三者へ提供しないようお願いします。</w:t>
      </w:r>
    </w:p>
    <w:p w14:paraId="73777C5C" w14:textId="6AFE9C3B" w:rsidR="00C0745B" w:rsidRDefault="000A1DD3" w:rsidP="000A1DD3">
      <w:pPr>
        <w:adjustRightInd w:val="0"/>
        <w:snapToGrid w:val="0"/>
        <w:spacing w:after="0" w:line="240" w:lineRule="auto"/>
        <w:ind w:leftChars="129" w:left="709" w:hangingChars="193" w:hanging="425"/>
        <w:rPr>
          <w:rFonts w:ascii="ＭＳ 明朝" w:eastAsia="ＭＳ 明朝" w:hAnsi="ＭＳ 明朝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>３</w:t>
      </w:r>
      <w:r w:rsidR="008D7866" w:rsidRPr="000A1DD3">
        <w:rPr>
          <w:rFonts w:ascii="ＭＳ 明朝" w:eastAsia="ＭＳ 明朝" w:hAnsi="ＭＳ 明朝"/>
          <w:lang w:eastAsia="ja-JP"/>
        </w:rPr>
        <w:t xml:space="preserve">　</w:t>
      </w:r>
      <w:r w:rsidR="00D557B5" w:rsidRPr="00D557B5">
        <w:rPr>
          <w:rFonts w:ascii="ＭＳ 明朝" w:eastAsia="ＭＳ 明朝" w:hAnsi="ＭＳ 明朝"/>
          <w:lang w:eastAsia="ja-JP"/>
        </w:rPr>
        <w:t>提供を受けた資料をインターネット、SNSその他不特定多数が閲覧できる媒体へ掲載しないでください。</w:t>
      </w:r>
    </w:p>
    <w:p w14:paraId="0B6CC26A" w14:textId="13F61758" w:rsidR="00D557B5" w:rsidRPr="00D557B5" w:rsidRDefault="00D557B5" w:rsidP="00D557B5">
      <w:pPr>
        <w:adjustRightInd w:val="0"/>
        <w:snapToGrid w:val="0"/>
        <w:spacing w:after="0" w:line="240" w:lineRule="auto"/>
        <w:ind w:leftChars="129" w:left="709" w:hangingChars="193" w:hanging="425"/>
        <w:rPr>
          <w:rFonts w:ascii="ＭＳ 明朝" w:eastAsia="ＭＳ 明朝" w:hAnsi="ＭＳ 明朝"/>
          <w:lang w:eastAsia="ja-JP"/>
        </w:rPr>
      </w:pPr>
      <w:r w:rsidRPr="00D557B5">
        <w:rPr>
          <w:rFonts w:ascii="ＭＳ 明朝" w:eastAsia="ＭＳ 明朝" w:hAnsi="ＭＳ 明朝"/>
          <w:lang w:eastAsia="ja-JP"/>
        </w:rPr>
        <w:t>４</w:t>
      </w:r>
      <w:r>
        <w:rPr>
          <w:rFonts w:ascii="ＭＳ 明朝" w:eastAsia="ＭＳ 明朝" w:hAnsi="ＭＳ 明朝"/>
          <w:lang w:eastAsia="ja-JP"/>
        </w:rPr>
        <w:tab/>
      </w:r>
      <w:r w:rsidRPr="00D557B5">
        <w:rPr>
          <w:rFonts w:ascii="ＭＳ 明朝" w:eastAsia="ＭＳ 明朝" w:hAnsi="ＭＳ 明朝"/>
          <w:lang w:eastAsia="ja-JP"/>
        </w:rPr>
        <w:t>提供を受けた資料には施設管理上重要な情報が含まれるため、適切に管理してください。</w:t>
      </w:r>
    </w:p>
    <w:p w14:paraId="35569C73" w14:textId="5E0E6849" w:rsidR="00D557B5" w:rsidRPr="00D557B5" w:rsidRDefault="00D557B5" w:rsidP="00D557B5">
      <w:pPr>
        <w:adjustRightInd w:val="0"/>
        <w:snapToGrid w:val="0"/>
        <w:spacing w:after="0" w:line="240" w:lineRule="auto"/>
        <w:ind w:leftChars="129" w:left="709" w:hangingChars="193" w:hanging="425"/>
        <w:rPr>
          <w:rFonts w:ascii="ＭＳ 明朝" w:eastAsia="ＭＳ 明朝" w:hAnsi="ＭＳ 明朝"/>
          <w:lang w:eastAsia="ja-JP"/>
        </w:rPr>
      </w:pPr>
      <w:r w:rsidRPr="00D557B5">
        <w:rPr>
          <w:rFonts w:ascii="ＭＳ 明朝" w:eastAsia="ＭＳ 明朝" w:hAnsi="ＭＳ 明朝"/>
          <w:lang w:eastAsia="ja-JP"/>
        </w:rPr>
        <w:t>５</w:t>
      </w:r>
      <w:r>
        <w:rPr>
          <w:rFonts w:ascii="ＭＳ 明朝" w:eastAsia="ＭＳ 明朝" w:hAnsi="ＭＳ 明朝"/>
          <w:lang w:eastAsia="ja-JP"/>
        </w:rPr>
        <w:tab/>
      </w:r>
      <w:r w:rsidRPr="00D557B5">
        <w:rPr>
          <w:rFonts w:ascii="ＭＳ 明朝" w:eastAsia="ＭＳ 明朝" w:hAnsi="ＭＳ 明朝"/>
          <w:lang w:eastAsia="ja-JP"/>
        </w:rPr>
        <w:t>公募手続が終了した際は、不要となった資料を適切に廃棄又は削除してください</w:t>
      </w:r>
    </w:p>
    <w:p w14:paraId="35165E71" w14:textId="77777777" w:rsidR="00D557B5" w:rsidRPr="00D557B5" w:rsidRDefault="00D557B5" w:rsidP="000A1DD3">
      <w:pPr>
        <w:adjustRightInd w:val="0"/>
        <w:snapToGrid w:val="0"/>
        <w:spacing w:after="0" w:line="240" w:lineRule="auto"/>
        <w:ind w:leftChars="129" w:left="709" w:hangingChars="193" w:hanging="425"/>
        <w:rPr>
          <w:rFonts w:ascii="ＭＳ 明朝" w:eastAsia="ＭＳ 明朝" w:hAnsi="ＭＳ 明朝" w:hint="eastAsia"/>
          <w:lang w:eastAsia="ja-JP"/>
        </w:rPr>
      </w:pPr>
    </w:p>
    <w:sectPr w:rsidR="00D557B5" w:rsidRPr="00D557B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5020B" w14:textId="77777777" w:rsidR="00923314" w:rsidRDefault="00923314" w:rsidP="00EB2632">
      <w:pPr>
        <w:spacing w:after="0" w:line="240" w:lineRule="auto"/>
      </w:pPr>
      <w:r>
        <w:separator/>
      </w:r>
    </w:p>
  </w:endnote>
  <w:endnote w:type="continuationSeparator" w:id="0">
    <w:p w14:paraId="6118A19C" w14:textId="77777777" w:rsidR="00923314" w:rsidRDefault="00923314" w:rsidP="00EB2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833ED" w14:textId="77777777" w:rsidR="00923314" w:rsidRDefault="00923314" w:rsidP="00EB2632">
      <w:pPr>
        <w:spacing w:after="0" w:line="240" w:lineRule="auto"/>
      </w:pPr>
      <w:r>
        <w:separator/>
      </w:r>
    </w:p>
  </w:footnote>
  <w:footnote w:type="continuationSeparator" w:id="0">
    <w:p w14:paraId="0934E881" w14:textId="77777777" w:rsidR="00923314" w:rsidRDefault="00923314" w:rsidP="00EB26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CB21D9E"/>
    <w:multiLevelType w:val="hybridMultilevel"/>
    <w:tmpl w:val="264A4676"/>
    <w:lvl w:ilvl="0" w:tplc="D9FAF622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num w:numId="1" w16cid:durableId="703411468">
    <w:abstractNumId w:val="8"/>
  </w:num>
  <w:num w:numId="2" w16cid:durableId="1688098837">
    <w:abstractNumId w:val="6"/>
  </w:num>
  <w:num w:numId="3" w16cid:durableId="1044253982">
    <w:abstractNumId w:val="5"/>
  </w:num>
  <w:num w:numId="4" w16cid:durableId="219706090">
    <w:abstractNumId w:val="4"/>
  </w:num>
  <w:num w:numId="5" w16cid:durableId="751780009">
    <w:abstractNumId w:val="7"/>
  </w:num>
  <w:num w:numId="6" w16cid:durableId="489295353">
    <w:abstractNumId w:val="3"/>
  </w:num>
  <w:num w:numId="7" w16cid:durableId="964195031">
    <w:abstractNumId w:val="2"/>
  </w:num>
  <w:num w:numId="8" w16cid:durableId="1309092392">
    <w:abstractNumId w:val="1"/>
  </w:num>
  <w:num w:numId="9" w16cid:durableId="1881548574">
    <w:abstractNumId w:val="0"/>
  </w:num>
  <w:num w:numId="10" w16cid:durableId="18930775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1DD3"/>
    <w:rsid w:val="0015074B"/>
    <w:rsid w:val="0029639D"/>
    <w:rsid w:val="002F6F27"/>
    <w:rsid w:val="00326F90"/>
    <w:rsid w:val="005D71CE"/>
    <w:rsid w:val="008D7866"/>
    <w:rsid w:val="00923314"/>
    <w:rsid w:val="00A57ECC"/>
    <w:rsid w:val="00A8247C"/>
    <w:rsid w:val="00AA1D8D"/>
    <w:rsid w:val="00B47730"/>
    <w:rsid w:val="00C0745B"/>
    <w:rsid w:val="00CB0664"/>
    <w:rsid w:val="00D557B5"/>
    <w:rsid w:val="00E413C5"/>
    <w:rsid w:val="00E949DA"/>
    <w:rsid w:val="00EB26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38EF8E"/>
  <w14:defaultImageDpi w14:val="300"/>
  <w15:docId w15:val="{2D5A3DB1-D432-4C2E-B858-408DF8710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髙田　秀彬</dc:creator>
  <cp:keywords/>
  <dc:description>generated by python-docx</dc:description>
  <cp:lastModifiedBy>髙田　秀彬</cp:lastModifiedBy>
  <cp:revision>5</cp:revision>
  <dcterms:created xsi:type="dcterms:W3CDTF">2026-09-18T03:00:00Z</dcterms:created>
  <dcterms:modified xsi:type="dcterms:W3CDTF">2026-09-24T02:04:00Z</dcterms:modified>
  <cp:category/>
</cp:coreProperties>
</file>