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D9CBB" w14:textId="77777777" w:rsidR="001A599E" w:rsidRDefault="00357184">
      <w:pPr>
        <w:spacing w:after="40"/>
        <w:jc w:val="center"/>
        <w:rPr>
          <w:b/>
          <w:sz w:val="30"/>
          <w:lang w:eastAsia="ja-JP"/>
        </w:rPr>
      </w:pPr>
      <w:r>
        <w:rPr>
          <w:b/>
          <w:sz w:val="30"/>
          <w:lang w:eastAsia="ja-JP"/>
        </w:rPr>
        <w:t>参考資料電子データ提供申込書</w:t>
      </w:r>
    </w:p>
    <w:p w14:paraId="7DD26435" w14:textId="77777777" w:rsidR="00231032" w:rsidRDefault="00231032">
      <w:pPr>
        <w:spacing w:after="40"/>
        <w:jc w:val="center"/>
        <w:rPr>
          <w:lang w:eastAsia="ja-JP"/>
        </w:rPr>
      </w:pPr>
    </w:p>
    <w:p w14:paraId="0B5B40E4" w14:textId="77777777" w:rsidR="001A599E" w:rsidRDefault="00357184">
      <w:pPr>
        <w:spacing w:after="40"/>
        <w:jc w:val="right"/>
        <w:rPr>
          <w:lang w:eastAsia="ja-JP"/>
        </w:rPr>
      </w:pPr>
      <w:r>
        <w:t>令和８</w:t>
      </w:r>
      <w:proofErr w:type="gramStart"/>
      <w:r>
        <w:t>年　　月</w:t>
      </w:r>
      <w:proofErr w:type="gramEnd"/>
      <w:r>
        <w:t xml:space="preserve">　　日</w:t>
      </w:r>
    </w:p>
    <w:p w14:paraId="46D51337" w14:textId="77777777" w:rsidR="00231032" w:rsidRDefault="00231032">
      <w:pPr>
        <w:spacing w:after="40"/>
        <w:jc w:val="right"/>
        <w:rPr>
          <w:lang w:eastAsia="ja-JP"/>
        </w:rPr>
      </w:pPr>
    </w:p>
    <w:p w14:paraId="774EFB25" w14:textId="77777777" w:rsidR="001A599E" w:rsidRDefault="00357184">
      <w:pPr>
        <w:spacing w:after="40"/>
        <w:rPr>
          <w:lang w:eastAsia="ja-JP"/>
        </w:rPr>
      </w:pPr>
      <w:proofErr w:type="spellStart"/>
      <w:r>
        <w:t>大阪府知事</w:t>
      </w:r>
      <w:proofErr w:type="spellEnd"/>
      <w:r>
        <w:t xml:space="preserve">　様</w:t>
      </w:r>
    </w:p>
    <w:p w14:paraId="2C05B64D" w14:textId="77777777" w:rsidR="00231032" w:rsidRDefault="00231032">
      <w:pPr>
        <w:spacing w:after="40"/>
        <w:rPr>
          <w:lang w:eastAsia="ja-JP"/>
        </w:rPr>
      </w:pPr>
    </w:p>
    <w:tbl>
      <w:tblPr>
        <w:tblW w:w="0" w:type="auto"/>
        <w:jc w:val="right"/>
        <w:tblLayout w:type="fixed"/>
        <w:tblLook w:val="04A0" w:firstRow="1" w:lastRow="0" w:firstColumn="1" w:lastColumn="0" w:noHBand="0" w:noVBand="1"/>
      </w:tblPr>
      <w:tblGrid>
        <w:gridCol w:w="4706"/>
        <w:gridCol w:w="4706"/>
      </w:tblGrid>
      <w:tr w:rsidR="001A599E" w14:paraId="6D1606F3" w14:textId="77777777">
        <w:trPr>
          <w:trHeight w:val="454"/>
          <w:jc w:val="right"/>
        </w:trPr>
        <w:tc>
          <w:tcPr>
            <w:tcW w:w="4706" w:type="dxa"/>
            <w:tcBorders>
              <w:top w:val="nil"/>
              <w:left w:val="nil"/>
              <w:bottom w:val="nil"/>
              <w:right w:val="nil"/>
            </w:tcBorders>
            <w:vAlign w:val="center"/>
          </w:tcPr>
          <w:p w14:paraId="722F6530" w14:textId="77777777" w:rsidR="001A599E" w:rsidRDefault="00357184" w:rsidP="00231032">
            <w:pPr>
              <w:jc w:val="right"/>
            </w:pPr>
            <w:proofErr w:type="spellStart"/>
            <w:r>
              <w:t>所在地</w:t>
            </w:r>
            <w:proofErr w:type="spellEnd"/>
          </w:p>
        </w:tc>
        <w:tc>
          <w:tcPr>
            <w:tcW w:w="4706" w:type="dxa"/>
            <w:tcBorders>
              <w:top w:val="nil"/>
              <w:left w:val="nil"/>
              <w:bottom w:val="nil"/>
              <w:right w:val="nil"/>
            </w:tcBorders>
            <w:vAlign w:val="center"/>
          </w:tcPr>
          <w:p w14:paraId="1F49CBA4" w14:textId="77777777" w:rsidR="001A599E" w:rsidRDefault="00357184" w:rsidP="00231032">
            <w:pPr>
              <w:jc w:val="right"/>
            </w:pPr>
            <w:r>
              <w:t>（〒　　　－　　　　）</w:t>
            </w:r>
          </w:p>
        </w:tc>
      </w:tr>
      <w:tr w:rsidR="001A599E" w14:paraId="7979CC0C" w14:textId="77777777">
        <w:trPr>
          <w:trHeight w:val="454"/>
          <w:jc w:val="right"/>
        </w:trPr>
        <w:tc>
          <w:tcPr>
            <w:tcW w:w="4706" w:type="dxa"/>
            <w:tcBorders>
              <w:top w:val="nil"/>
              <w:left w:val="nil"/>
              <w:bottom w:val="nil"/>
              <w:right w:val="nil"/>
            </w:tcBorders>
            <w:vAlign w:val="center"/>
          </w:tcPr>
          <w:p w14:paraId="01159736" w14:textId="77777777" w:rsidR="001A599E" w:rsidRDefault="00357184" w:rsidP="00231032">
            <w:pPr>
              <w:jc w:val="right"/>
            </w:pPr>
            <w:r>
              <w:t>法人名</w:t>
            </w:r>
          </w:p>
        </w:tc>
        <w:tc>
          <w:tcPr>
            <w:tcW w:w="4706" w:type="dxa"/>
            <w:tcBorders>
              <w:top w:val="nil"/>
              <w:left w:val="nil"/>
              <w:bottom w:val="nil"/>
              <w:right w:val="nil"/>
            </w:tcBorders>
            <w:vAlign w:val="center"/>
          </w:tcPr>
          <w:p w14:paraId="34569AB4" w14:textId="77777777" w:rsidR="001A599E" w:rsidRDefault="001A599E" w:rsidP="00231032">
            <w:pPr>
              <w:jc w:val="right"/>
            </w:pPr>
          </w:p>
        </w:tc>
      </w:tr>
      <w:tr w:rsidR="001A599E" w14:paraId="76A27E39" w14:textId="77777777">
        <w:trPr>
          <w:trHeight w:val="454"/>
          <w:jc w:val="right"/>
        </w:trPr>
        <w:tc>
          <w:tcPr>
            <w:tcW w:w="4706" w:type="dxa"/>
            <w:tcBorders>
              <w:top w:val="nil"/>
              <w:left w:val="nil"/>
              <w:bottom w:val="nil"/>
              <w:right w:val="nil"/>
            </w:tcBorders>
            <w:vAlign w:val="center"/>
          </w:tcPr>
          <w:p w14:paraId="5095D9D6" w14:textId="77777777" w:rsidR="001A599E" w:rsidRDefault="00357184" w:rsidP="00231032">
            <w:pPr>
              <w:jc w:val="right"/>
            </w:pPr>
            <w:r>
              <w:t>代表者名</w:t>
            </w:r>
          </w:p>
        </w:tc>
        <w:tc>
          <w:tcPr>
            <w:tcW w:w="4706" w:type="dxa"/>
            <w:tcBorders>
              <w:top w:val="nil"/>
              <w:left w:val="nil"/>
              <w:bottom w:val="nil"/>
              <w:right w:val="nil"/>
            </w:tcBorders>
            <w:vAlign w:val="center"/>
          </w:tcPr>
          <w:p w14:paraId="1FD2D783" w14:textId="77777777" w:rsidR="001A599E" w:rsidRDefault="001A599E" w:rsidP="00231032">
            <w:pPr>
              <w:jc w:val="right"/>
            </w:pPr>
          </w:p>
        </w:tc>
      </w:tr>
      <w:tr w:rsidR="001A599E" w14:paraId="2843CA21" w14:textId="77777777">
        <w:trPr>
          <w:trHeight w:val="454"/>
          <w:jc w:val="right"/>
        </w:trPr>
        <w:tc>
          <w:tcPr>
            <w:tcW w:w="4706" w:type="dxa"/>
            <w:tcBorders>
              <w:top w:val="nil"/>
              <w:left w:val="nil"/>
              <w:bottom w:val="nil"/>
              <w:right w:val="nil"/>
            </w:tcBorders>
            <w:vAlign w:val="center"/>
          </w:tcPr>
          <w:p w14:paraId="52D15567" w14:textId="77777777" w:rsidR="001A599E" w:rsidRDefault="00357184" w:rsidP="00231032">
            <w:pPr>
              <w:jc w:val="right"/>
            </w:pPr>
            <w:r>
              <w:t>氏名</w:t>
            </w:r>
          </w:p>
        </w:tc>
        <w:tc>
          <w:tcPr>
            <w:tcW w:w="4706" w:type="dxa"/>
            <w:tcBorders>
              <w:top w:val="nil"/>
              <w:left w:val="nil"/>
              <w:bottom w:val="nil"/>
              <w:right w:val="nil"/>
            </w:tcBorders>
            <w:vAlign w:val="center"/>
          </w:tcPr>
          <w:p w14:paraId="43C644A2" w14:textId="77777777" w:rsidR="001A599E" w:rsidRDefault="001A599E" w:rsidP="00231032">
            <w:pPr>
              <w:jc w:val="right"/>
            </w:pPr>
          </w:p>
        </w:tc>
      </w:tr>
    </w:tbl>
    <w:p w14:paraId="4BAE0E35" w14:textId="77777777" w:rsidR="001A599E" w:rsidRDefault="001A599E">
      <w:pPr>
        <w:spacing w:after="40"/>
      </w:pPr>
    </w:p>
    <w:p w14:paraId="6F63E643" w14:textId="77777777" w:rsidR="001A599E" w:rsidRDefault="00231032">
      <w:pPr>
        <w:spacing w:after="40"/>
      </w:pPr>
      <w:r>
        <w:rPr>
          <w:rFonts w:hint="eastAsia"/>
          <w:b/>
          <w:lang w:eastAsia="ja-JP"/>
        </w:rPr>
        <w:t>１</w:t>
      </w:r>
      <w:r w:rsidR="00357184">
        <w:rPr>
          <w:b/>
        </w:rPr>
        <w:t xml:space="preserve">　</w:t>
      </w:r>
      <w:proofErr w:type="spellStart"/>
      <w:r w:rsidR="00357184">
        <w:rPr>
          <w:b/>
        </w:rPr>
        <w:t>連絡先</w:t>
      </w:r>
      <w:proofErr w:type="spellEnd"/>
    </w:p>
    <w:tbl>
      <w:tblPr>
        <w:tblStyle w:val="afe"/>
        <w:tblW w:w="0" w:type="auto"/>
        <w:jc w:val="center"/>
        <w:tblLayout w:type="fixed"/>
        <w:tblLook w:val="04A0" w:firstRow="1" w:lastRow="0" w:firstColumn="1" w:lastColumn="0" w:noHBand="0" w:noVBand="1"/>
      </w:tblPr>
      <w:tblGrid>
        <w:gridCol w:w="2438"/>
        <w:gridCol w:w="6520"/>
      </w:tblGrid>
      <w:tr w:rsidR="001A599E" w14:paraId="1557DEEF" w14:textId="77777777">
        <w:trPr>
          <w:trHeight w:val="510"/>
          <w:jc w:val="center"/>
        </w:trPr>
        <w:tc>
          <w:tcPr>
            <w:tcW w:w="2438" w:type="dxa"/>
            <w:vAlign w:val="center"/>
          </w:tcPr>
          <w:p w14:paraId="66857E77" w14:textId="77777777" w:rsidR="001A599E" w:rsidRDefault="00357184">
            <w:r>
              <w:t>担当部署</w:t>
            </w:r>
          </w:p>
        </w:tc>
        <w:tc>
          <w:tcPr>
            <w:tcW w:w="6520" w:type="dxa"/>
            <w:vAlign w:val="center"/>
          </w:tcPr>
          <w:p w14:paraId="2A518B40" w14:textId="77777777" w:rsidR="001A599E" w:rsidRDefault="001A599E"/>
        </w:tc>
      </w:tr>
      <w:tr w:rsidR="001A599E" w14:paraId="7828259D" w14:textId="77777777">
        <w:trPr>
          <w:trHeight w:val="510"/>
          <w:jc w:val="center"/>
        </w:trPr>
        <w:tc>
          <w:tcPr>
            <w:tcW w:w="2438" w:type="dxa"/>
            <w:vAlign w:val="center"/>
          </w:tcPr>
          <w:p w14:paraId="671031A4" w14:textId="77777777" w:rsidR="001A599E" w:rsidRDefault="00357184">
            <w:r>
              <w:t>担当者名</w:t>
            </w:r>
          </w:p>
        </w:tc>
        <w:tc>
          <w:tcPr>
            <w:tcW w:w="6520" w:type="dxa"/>
            <w:vAlign w:val="center"/>
          </w:tcPr>
          <w:p w14:paraId="734D50F8" w14:textId="77777777" w:rsidR="001A599E" w:rsidRDefault="001A599E"/>
        </w:tc>
      </w:tr>
      <w:tr w:rsidR="001A599E" w14:paraId="192890E3" w14:textId="77777777">
        <w:trPr>
          <w:trHeight w:val="510"/>
          <w:jc w:val="center"/>
        </w:trPr>
        <w:tc>
          <w:tcPr>
            <w:tcW w:w="2438" w:type="dxa"/>
            <w:vAlign w:val="center"/>
          </w:tcPr>
          <w:p w14:paraId="3737EB0D" w14:textId="77777777" w:rsidR="001A599E" w:rsidRDefault="00357184">
            <w:r>
              <w:t>電話番号</w:t>
            </w:r>
          </w:p>
        </w:tc>
        <w:tc>
          <w:tcPr>
            <w:tcW w:w="6520" w:type="dxa"/>
            <w:vAlign w:val="center"/>
          </w:tcPr>
          <w:p w14:paraId="774124AA" w14:textId="77777777" w:rsidR="001A599E" w:rsidRDefault="001A599E"/>
        </w:tc>
      </w:tr>
      <w:tr w:rsidR="001A599E" w14:paraId="69CF3D18" w14:textId="77777777">
        <w:trPr>
          <w:trHeight w:val="510"/>
          <w:jc w:val="center"/>
        </w:trPr>
        <w:tc>
          <w:tcPr>
            <w:tcW w:w="2438" w:type="dxa"/>
            <w:vAlign w:val="center"/>
          </w:tcPr>
          <w:p w14:paraId="444B0325" w14:textId="77777777" w:rsidR="001A599E" w:rsidRDefault="00357184">
            <w:r>
              <w:t>メールアドレス</w:t>
            </w:r>
          </w:p>
        </w:tc>
        <w:tc>
          <w:tcPr>
            <w:tcW w:w="6520" w:type="dxa"/>
            <w:vAlign w:val="center"/>
          </w:tcPr>
          <w:p w14:paraId="0CC48281" w14:textId="77777777" w:rsidR="001A599E" w:rsidRDefault="001A599E"/>
        </w:tc>
      </w:tr>
    </w:tbl>
    <w:p w14:paraId="4E679E54" w14:textId="77777777" w:rsidR="001A599E" w:rsidRDefault="001A599E">
      <w:pPr>
        <w:spacing w:after="40"/>
      </w:pPr>
    </w:p>
    <w:p w14:paraId="7831E9D5" w14:textId="77777777" w:rsidR="001A599E" w:rsidRDefault="00231032">
      <w:pPr>
        <w:spacing w:after="40"/>
      </w:pPr>
      <w:r>
        <w:rPr>
          <w:rFonts w:hint="eastAsia"/>
          <w:b/>
          <w:lang w:eastAsia="ja-JP"/>
        </w:rPr>
        <w:t>２</w:t>
      </w:r>
      <w:r w:rsidR="00357184">
        <w:rPr>
          <w:b/>
        </w:rPr>
        <w:t xml:space="preserve">　</w:t>
      </w:r>
      <w:proofErr w:type="spellStart"/>
      <w:r w:rsidR="00357184">
        <w:rPr>
          <w:b/>
        </w:rPr>
        <w:t>提供対象資料</w:t>
      </w:r>
      <w:proofErr w:type="spellEnd"/>
    </w:p>
    <w:p w14:paraId="2DE4911B" w14:textId="77777777" w:rsidR="001A599E" w:rsidRDefault="00357184">
      <w:pPr>
        <w:spacing w:after="40"/>
        <w:ind w:left="454"/>
        <w:rPr>
          <w:lang w:eastAsia="ja-JP"/>
        </w:rPr>
      </w:pPr>
      <w:r>
        <w:rPr>
          <w:lang w:eastAsia="ja-JP"/>
        </w:rPr>
        <w:t>・令和５年度　事業計画書・事業報告書</w:t>
      </w:r>
    </w:p>
    <w:p w14:paraId="349F950C" w14:textId="77777777" w:rsidR="001A599E" w:rsidRDefault="00357184">
      <w:pPr>
        <w:spacing w:after="40"/>
        <w:ind w:left="454"/>
        <w:rPr>
          <w:lang w:eastAsia="ja-JP"/>
        </w:rPr>
      </w:pPr>
      <w:r>
        <w:rPr>
          <w:lang w:eastAsia="ja-JP"/>
        </w:rPr>
        <w:t>・令和６年度　事業計画書・事業報告書</w:t>
      </w:r>
    </w:p>
    <w:p w14:paraId="6925B7D6" w14:textId="77777777" w:rsidR="001A599E" w:rsidRDefault="00357184">
      <w:pPr>
        <w:spacing w:after="40"/>
        <w:ind w:left="454"/>
        <w:rPr>
          <w:lang w:eastAsia="ja-JP"/>
        </w:rPr>
      </w:pPr>
      <w:r>
        <w:rPr>
          <w:lang w:eastAsia="ja-JP"/>
        </w:rPr>
        <w:t>・令和７年度　事業計画書・事業報告書</w:t>
      </w:r>
    </w:p>
    <w:p w14:paraId="670A7BB5" w14:textId="77777777" w:rsidR="001A599E" w:rsidRDefault="001A599E">
      <w:pPr>
        <w:spacing w:after="40"/>
        <w:rPr>
          <w:lang w:eastAsia="ja-JP"/>
        </w:rPr>
      </w:pPr>
    </w:p>
    <w:p w14:paraId="1838CF55" w14:textId="77777777" w:rsidR="001A599E" w:rsidRDefault="00357184">
      <w:pPr>
        <w:spacing w:after="20"/>
        <w:ind w:left="283" w:hanging="283"/>
        <w:rPr>
          <w:lang w:eastAsia="ja-JP"/>
        </w:rPr>
      </w:pPr>
      <w:r>
        <w:rPr>
          <w:sz w:val="16"/>
        </w:rPr>
        <w:t>※　本申込書は、必要事項を明記のうえ、大阪府府民文化部文化・スポーツ室文化課＜</w:t>
      </w:r>
      <w:hyperlink r:id="rId8" w:history="1">
        <w:r w:rsidRPr="00231032">
          <w:rPr>
            <w:rStyle w:val="aff"/>
            <w:sz w:val="16"/>
          </w:rPr>
          <w:t>bunka@sbox.pref.osaka.lg.jp</w:t>
        </w:r>
      </w:hyperlink>
      <w:r>
        <w:rPr>
          <w:sz w:val="16"/>
        </w:rPr>
        <w:t>＞まで送付してください。</w:t>
      </w:r>
      <w:r>
        <w:rPr>
          <w:sz w:val="16"/>
          <w:lang w:eastAsia="ja-JP"/>
        </w:rPr>
        <w:t>件名に「</w:t>
      </w:r>
      <w:r w:rsidR="00231032">
        <w:rPr>
          <w:rFonts w:hint="eastAsia"/>
          <w:sz w:val="16"/>
          <w:lang w:eastAsia="ja-JP"/>
        </w:rPr>
        <w:t>【事業者名】</w:t>
      </w:r>
      <w:r>
        <w:rPr>
          <w:sz w:val="16"/>
          <w:lang w:eastAsia="ja-JP"/>
        </w:rPr>
        <w:t>江之子島文化芸術創造センター参考資料電子データ提供申込み」と明記してください。</w:t>
      </w:r>
    </w:p>
    <w:p w14:paraId="5676BE07" w14:textId="77777777" w:rsidR="001A599E" w:rsidRDefault="00357184">
      <w:pPr>
        <w:spacing w:after="20"/>
        <w:ind w:left="283" w:hanging="283"/>
        <w:rPr>
          <w:lang w:eastAsia="ja-JP"/>
        </w:rPr>
      </w:pPr>
      <w:r>
        <w:rPr>
          <w:sz w:val="16"/>
          <w:lang w:eastAsia="ja-JP"/>
        </w:rPr>
        <w:t xml:space="preserve">※　</w:t>
      </w:r>
      <w:r w:rsidRPr="00231032">
        <w:rPr>
          <w:b/>
          <w:bCs/>
          <w:color w:val="EE0000"/>
          <w:sz w:val="16"/>
          <w:lang w:eastAsia="ja-JP"/>
        </w:rPr>
        <w:t>電子メール送信後、必ず担当者まで到着確認をしてください。（電話番号：06-6210-9306）</w:t>
      </w:r>
    </w:p>
    <w:p w14:paraId="2464FDB1" w14:textId="77777777" w:rsidR="00E21BB8" w:rsidRDefault="00157308">
      <w:pPr>
        <w:spacing w:after="20"/>
        <w:ind w:left="283" w:hanging="283"/>
        <w:rPr>
          <w:lang w:eastAsia="ja-JP"/>
        </w:rPr>
      </w:pPr>
      <w:r>
        <w:rPr>
          <w:sz w:val="16"/>
          <w:lang w:eastAsia="ja-JP"/>
        </w:rPr>
        <w:t>※</w:t>
      </w:r>
      <w:r>
        <w:rPr>
          <w:sz w:val="16"/>
          <w:lang w:eastAsia="ja-JP"/>
        </w:rPr>
        <w:t xml:space="preserve">　申込書の到着確認後、原則として２営業日以内に、申込書に記載されたメールアドレスあてに電子データを送付します。</w:t>
      </w:r>
    </w:p>
    <w:p w14:paraId="51653F66" w14:textId="77777777" w:rsidR="001A599E" w:rsidRDefault="00357184">
      <w:pPr>
        <w:spacing w:after="20"/>
        <w:ind w:left="283" w:hanging="283"/>
        <w:rPr>
          <w:lang w:eastAsia="ja-JP"/>
        </w:rPr>
      </w:pPr>
      <w:r>
        <w:rPr>
          <w:sz w:val="16"/>
          <w:lang w:eastAsia="ja-JP"/>
        </w:rPr>
        <w:t>※　令和５年度及び令和６年度の事業計画書・事業報告書は、「指定管理者が行う公の施設の管理業務に係る情報の公表の実施に関する要領」に基づき、府政情報センター、文化課及び大阪府立江之子島文化芸術創造センターにおいて閲覧に供している資料です。</w:t>
      </w:r>
    </w:p>
    <w:p w14:paraId="343E0C90" w14:textId="77777777" w:rsidR="001A599E" w:rsidRDefault="00357184">
      <w:pPr>
        <w:spacing w:after="20"/>
        <w:ind w:left="283" w:hanging="283"/>
        <w:rPr>
          <w:lang w:eastAsia="ja-JP"/>
        </w:rPr>
      </w:pPr>
      <w:r>
        <w:rPr>
          <w:sz w:val="16"/>
          <w:lang w:eastAsia="ja-JP"/>
        </w:rPr>
        <w:t>※　令和７年度の事業計画書・事業報告書は、現時点では上記要領に基づく閲覧資料としての備付けを行っていませんが、今回の指定管理者公募における参考資料として、あわせて電子データを提供します。</w:t>
      </w:r>
    </w:p>
    <w:p w14:paraId="4B74C85A" w14:textId="77777777" w:rsidR="001A599E" w:rsidRDefault="00357184">
      <w:pPr>
        <w:spacing w:after="20"/>
        <w:ind w:left="283" w:hanging="283"/>
        <w:rPr>
          <w:lang w:eastAsia="ja-JP"/>
        </w:rPr>
      </w:pPr>
      <w:r>
        <w:rPr>
          <w:sz w:val="16"/>
          <w:lang w:eastAsia="ja-JP"/>
        </w:rPr>
        <w:t>※　提供資料の内容に関する追加の質問は受け付けません。</w:t>
      </w:r>
    </w:p>
    <w:sectPr w:rsidR="001A599E" w:rsidSect="00034616">
      <w:pgSz w:w="11906" w:h="16838"/>
      <w:pgMar w:top="794" w:right="1247" w:bottom="68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215A3" w14:textId="77777777" w:rsidR="00157308" w:rsidRDefault="00157308" w:rsidP="00F95FBB">
      <w:pPr>
        <w:spacing w:after="0" w:line="240" w:lineRule="auto"/>
      </w:pPr>
      <w:r>
        <w:separator/>
      </w:r>
    </w:p>
  </w:endnote>
  <w:endnote w:type="continuationSeparator" w:id="0">
    <w:p w14:paraId="0AD17305" w14:textId="77777777" w:rsidR="00157308" w:rsidRDefault="00157308" w:rsidP="00F95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A9888" w14:textId="77777777" w:rsidR="00157308" w:rsidRDefault="00157308" w:rsidP="00F95FBB">
      <w:pPr>
        <w:spacing w:after="0" w:line="240" w:lineRule="auto"/>
      </w:pPr>
      <w:r>
        <w:separator/>
      </w:r>
    </w:p>
  </w:footnote>
  <w:footnote w:type="continuationSeparator" w:id="0">
    <w:p w14:paraId="3576F3D5" w14:textId="77777777" w:rsidR="00157308" w:rsidRDefault="00157308" w:rsidP="00F95F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630750100">
    <w:abstractNumId w:val="8"/>
  </w:num>
  <w:num w:numId="2" w16cid:durableId="286620877">
    <w:abstractNumId w:val="6"/>
  </w:num>
  <w:num w:numId="3" w16cid:durableId="1508639010">
    <w:abstractNumId w:val="5"/>
  </w:num>
  <w:num w:numId="4" w16cid:durableId="1682855609">
    <w:abstractNumId w:val="4"/>
  </w:num>
  <w:num w:numId="5" w16cid:durableId="1880848812">
    <w:abstractNumId w:val="7"/>
  </w:num>
  <w:num w:numId="6" w16cid:durableId="208214">
    <w:abstractNumId w:val="3"/>
  </w:num>
  <w:num w:numId="7" w16cid:durableId="458187533">
    <w:abstractNumId w:val="2"/>
  </w:num>
  <w:num w:numId="8" w16cid:durableId="2006743363">
    <w:abstractNumId w:val="1"/>
  </w:num>
  <w:num w:numId="9" w16cid:durableId="824666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3285"/>
    <w:rsid w:val="0006063C"/>
    <w:rsid w:val="0015074B"/>
    <w:rsid w:val="00157308"/>
    <w:rsid w:val="001716C7"/>
    <w:rsid w:val="001A599E"/>
    <w:rsid w:val="00231032"/>
    <w:rsid w:val="0029639D"/>
    <w:rsid w:val="00326F90"/>
    <w:rsid w:val="00357184"/>
    <w:rsid w:val="00586397"/>
    <w:rsid w:val="009C6662"/>
    <w:rsid w:val="00AA1D8D"/>
    <w:rsid w:val="00B47730"/>
    <w:rsid w:val="00C35260"/>
    <w:rsid w:val="00CB0664"/>
    <w:rsid w:val="00E21BB8"/>
    <w:rsid w:val="00E50C4B"/>
    <w:rsid w:val="00F95F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194ED8AF"/>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ＭＳ 明朝" w:eastAsia="ＭＳ 明朝" w:hAnsi="ＭＳ 明朝"/>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Hyperlink"/>
    <w:basedOn w:val="a2"/>
    <w:uiPriority w:val="99"/>
    <w:unhideWhenUsed/>
    <w:rsid w:val="00231032"/>
    <w:rPr>
      <w:color w:val="0000FF" w:themeColor="hyperlink"/>
      <w:u w:val="single"/>
    </w:rPr>
  </w:style>
  <w:style w:type="character" w:styleId="aff0">
    <w:name w:val="Unresolved Mention"/>
    <w:basedOn w:val="a2"/>
    <w:uiPriority w:val="99"/>
    <w:semiHidden/>
    <w:unhideWhenUsed/>
    <w:rsid w:val="002310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nka@sbox.pref.osaka.lg.jp?subject=&#12304;&#20107;&#26989;&#32773;&#21517;&#12305;&#27743;&#20043;&#23376;&#23798;&#25991;&#21270;&#33464;&#34899;&#21109;&#36896;&#12475;&#12531;&#12479;&#12540;&#21442;&#32771;&#36039;&#26009;&#38651;&#23376;&#12487;&#12540;&#12479;&#25552;&#20379;&#30003;&#36796;&#1241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111</Words>
  <Characters>636</Characters>
  <Application>Microsoft Office Word</Application>
  <DocSecurity>0</DocSecurity>
  <Lines>5</Lines>
  <Paragraphs>1</Paragraphs>
  <ScaleCrop>false</ScaleCrop>
  <Manager/>
  <Company/>
  <LinksUpToDate>false</LinksUpToDate>
  <CharactersWithSpaces>746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2026-09-18T00:48:00Z</dcterms:created>
  <dcterms:modified xsi:type="dcterms:W3CDTF">2026-09-18T00:48:00Z</dcterms:modified>
  <cp:category/>
</cp:coreProperties>
</file>