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058FF" w14:textId="77777777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令和8年度</w:t>
      </w:r>
    </w:p>
    <w:p w14:paraId="0252FC31" w14:textId="4B92D48B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人事担当者のための精神</w:t>
      </w:r>
      <w:r w:rsidR="00BD1BF1" w:rsidRPr="00BD1BF1">
        <w:rPr>
          <w:rFonts w:ascii="游ゴシック Medium" w:eastAsia="游ゴシック Medium" w:hAnsi="游ゴシック Medium" w:hint="eastAsia"/>
          <w:lang w:eastAsia="ja-JP"/>
        </w:rPr>
        <w:t>・</w:t>
      </w:r>
      <w:r w:rsidRPr="00BD1BF1">
        <w:rPr>
          <w:rFonts w:ascii="游ゴシック Medium" w:eastAsia="游ゴシック Medium" w:hAnsi="游ゴシック Medium"/>
          <w:lang w:eastAsia="ja-JP"/>
        </w:rPr>
        <w:t>発達障がい者雇用</w:t>
      </w:r>
    </w:p>
    <w:p w14:paraId="44A19734" w14:textId="1A3CB107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ベーシック研修</w:t>
      </w:r>
    </w:p>
    <w:p w14:paraId="0632709A" w14:textId="30E74FF0" w:rsidR="00C817BD" w:rsidRPr="00686342" w:rsidRDefault="007D4841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これから雇用を検討する企業さま向け／基礎から学ぶ</w:t>
      </w:r>
    </w:p>
    <w:p w14:paraId="67C6EA66" w14:textId="7EE97E79" w:rsidR="00C817BD" w:rsidRDefault="00E25A7A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参加無料</w:t>
      </w:r>
    </w:p>
    <w:p w14:paraId="1BCB759C" w14:textId="77777777" w:rsidR="00E25A7A" w:rsidRDefault="00E25A7A" w:rsidP="00BD1BF1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</w:p>
    <w:p w14:paraId="54C5E8FA" w14:textId="652A3095" w:rsidR="007D4841" w:rsidRDefault="007D4841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（対象者）</w:t>
      </w:r>
    </w:p>
    <w:p w14:paraId="01E7BCA9" w14:textId="2475C37E" w:rsidR="007D4841" w:rsidRDefault="007D4841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精神・発達障がい者の雇用を検討している企業の人事担当者</w:t>
      </w:r>
    </w:p>
    <w:p w14:paraId="393F29B1" w14:textId="187F0F8E" w:rsidR="007D4841" w:rsidRDefault="007D4841" w:rsidP="00BD1BF1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精神・発達障がい者</w:t>
      </w:r>
      <w:r>
        <w:rPr>
          <w:rFonts w:ascii="游ゴシック Medium" w:eastAsia="游ゴシック Medium" w:hAnsi="游ゴシック Medium" w:hint="eastAsia"/>
          <w:lang w:eastAsia="ja-JP"/>
        </w:rPr>
        <w:t>を雇用している企業で、雇用や雇用管理を担当している方</w:t>
      </w:r>
    </w:p>
    <w:p w14:paraId="134B23DD" w14:textId="77777777" w:rsidR="007D4841" w:rsidRPr="007D4841" w:rsidRDefault="007D4841" w:rsidP="00BD1BF1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</w:p>
    <w:p w14:paraId="2F6C9DB4" w14:textId="10A7586B" w:rsidR="00587796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〈</w:t>
      </w:r>
      <w:r w:rsidR="00587796">
        <w:rPr>
          <w:rFonts w:ascii="游ゴシック Medium" w:eastAsia="游ゴシック Medium" w:hAnsi="游ゴシック Medium" w:hint="eastAsia"/>
          <w:lang w:eastAsia="ja-JP"/>
        </w:rPr>
        <w:t>講義研修</w:t>
      </w:r>
      <w:r>
        <w:rPr>
          <w:rFonts w:ascii="游ゴシック Medium" w:eastAsia="游ゴシック Medium" w:hAnsi="游ゴシック Medium" w:hint="eastAsia"/>
          <w:lang w:eastAsia="ja-JP"/>
        </w:rPr>
        <w:t>〉</w:t>
      </w:r>
    </w:p>
    <w:p w14:paraId="16E0F948" w14:textId="3DA03923" w:rsidR="00587796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A7437F" w:rsidRPr="00BD1BF1">
        <w:rPr>
          <w:rFonts w:ascii="游ゴシック Medium" w:eastAsia="游ゴシック Medium" w:hAnsi="游ゴシック Medium"/>
          <w:lang w:eastAsia="ja-JP"/>
        </w:rPr>
        <w:t>日時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1A13A4BC" w14:textId="5081D2E6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令和8年</w:t>
      </w:r>
      <w:r w:rsidR="007D4841">
        <w:rPr>
          <w:rFonts w:ascii="游ゴシック Medium" w:eastAsia="游ゴシック Medium" w:hAnsi="游ゴシック Medium" w:hint="eastAsia"/>
          <w:lang w:eastAsia="ja-JP"/>
        </w:rPr>
        <w:t>11</w:t>
      </w:r>
      <w:r w:rsidRPr="00BD1BF1">
        <w:rPr>
          <w:rFonts w:ascii="游ゴシック Medium" w:eastAsia="游ゴシック Medium" w:hAnsi="游ゴシック Medium"/>
          <w:lang w:eastAsia="ja-JP"/>
        </w:rPr>
        <w:t>月</w:t>
      </w:r>
      <w:r w:rsidR="007D4841">
        <w:rPr>
          <w:rFonts w:ascii="游ゴシック Medium" w:eastAsia="游ゴシック Medium" w:hAnsi="游ゴシック Medium" w:hint="eastAsia"/>
          <w:lang w:eastAsia="ja-JP"/>
        </w:rPr>
        <w:t>11</w:t>
      </w:r>
      <w:r w:rsidRPr="00BD1BF1">
        <w:rPr>
          <w:rFonts w:ascii="游ゴシック Medium" w:eastAsia="游ゴシック Medium" w:hAnsi="游ゴシック Medium"/>
          <w:lang w:eastAsia="ja-JP"/>
        </w:rPr>
        <w:t>日（</w:t>
      </w:r>
      <w:r w:rsidR="007D4841">
        <w:rPr>
          <w:rFonts w:ascii="游ゴシック Medium" w:eastAsia="游ゴシック Medium" w:hAnsi="游ゴシック Medium" w:hint="eastAsia"/>
          <w:lang w:eastAsia="ja-JP"/>
        </w:rPr>
        <w:t>水</w:t>
      </w:r>
      <w:r w:rsidRPr="00BD1BF1">
        <w:rPr>
          <w:rFonts w:ascii="游ゴシック Medium" w:eastAsia="游ゴシック Medium" w:hAnsi="游ゴシック Medium"/>
          <w:lang w:eastAsia="ja-JP"/>
        </w:rPr>
        <w:t>曜日）</w:t>
      </w:r>
      <w:r w:rsidR="00BD1BF1">
        <w:rPr>
          <w:rFonts w:ascii="游ゴシック Medium" w:eastAsia="游ゴシック Medium" w:hAnsi="游ゴシック Medium" w:hint="eastAsia"/>
          <w:lang w:eastAsia="ja-JP"/>
        </w:rPr>
        <w:t xml:space="preserve">　</w:t>
      </w:r>
      <w:r w:rsidRPr="00BD1BF1">
        <w:rPr>
          <w:rFonts w:ascii="游ゴシック Medium" w:eastAsia="游ゴシック Medium" w:hAnsi="游ゴシック Medium"/>
          <w:lang w:eastAsia="ja-JP"/>
        </w:rPr>
        <w:t>午後1時30分から午後5時まで（受付午後1時から）</w:t>
      </w:r>
    </w:p>
    <w:p w14:paraId="367C806D" w14:textId="4872AF6D" w:rsidR="00587796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A7437F" w:rsidRPr="00BD1BF1">
        <w:rPr>
          <w:rFonts w:ascii="游ゴシック Medium" w:eastAsia="游ゴシック Medium" w:hAnsi="游ゴシック Medium"/>
          <w:lang w:eastAsia="ja-JP"/>
        </w:rPr>
        <w:t>場所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6243A614" w14:textId="6AB0E698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エルおおさか 本館11階セミナールーム（大阪市中央区北浜東3</w:t>
      </w:r>
      <w:r w:rsidR="00B7432C">
        <w:rPr>
          <w:rFonts w:ascii="游ゴシック Medium" w:eastAsia="游ゴシック Medium" w:hAnsi="游ゴシック Medium" w:hint="eastAsia"/>
          <w:lang w:eastAsia="ja-JP"/>
        </w:rPr>
        <w:t>-</w:t>
      </w:r>
      <w:r w:rsidRPr="00BD1BF1">
        <w:rPr>
          <w:rFonts w:ascii="游ゴシック Medium" w:eastAsia="游ゴシック Medium" w:hAnsi="游ゴシック Medium"/>
          <w:lang w:eastAsia="ja-JP"/>
        </w:rPr>
        <w:t>14）</w:t>
      </w:r>
    </w:p>
    <w:p w14:paraId="4E140C6B" w14:textId="26B1142A" w:rsidR="00587796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A7437F" w:rsidRPr="00BD1BF1">
        <w:rPr>
          <w:rFonts w:ascii="游ゴシック Medium" w:eastAsia="游ゴシック Medium" w:hAnsi="游ゴシック Medium" w:hint="eastAsia"/>
          <w:lang w:eastAsia="ja-JP"/>
        </w:rPr>
        <w:t>定員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4062DE10" w14:textId="4DFBC07B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30名</w:t>
      </w:r>
    </w:p>
    <w:p w14:paraId="3C6F7278" w14:textId="2C02CD5B" w:rsidR="00A7437F" w:rsidRPr="00BD1BF1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A7437F" w:rsidRPr="00BD1BF1">
        <w:rPr>
          <w:rFonts w:ascii="游ゴシック Medium" w:eastAsia="游ゴシック Medium" w:hAnsi="游ゴシック Medium"/>
          <w:lang w:eastAsia="ja-JP"/>
        </w:rPr>
        <w:t>内容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7F1B70CA" w14:textId="103994F0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障がい者雇用の</w:t>
      </w:r>
      <w:r w:rsidR="007D4841">
        <w:rPr>
          <w:rFonts w:ascii="游ゴシック Medium" w:eastAsia="游ゴシック Medium" w:hAnsi="游ゴシック Medium" w:hint="eastAsia"/>
          <w:lang w:eastAsia="ja-JP"/>
        </w:rPr>
        <w:t>基礎知識</w:t>
      </w:r>
      <w:r w:rsidR="00587796">
        <w:rPr>
          <w:rFonts w:ascii="游ゴシック Medium" w:eastAsia="游ゴシック Medium" w:hAnsi="游ゴシック Medium" w:hint="eastAsia"/>
          <w:lang w:eastAsia="ja-JP"/>
        </w:rPr>
        <w:t>、</w:t>
      </w:r>
      <w:r w:rsidRPr="00BD1BF1">
        <w:rPr>
          <w:rFonts w:ascii="游ゴシック Medium" w:eastAsia="游ゴシック Medium" w:hAnsi="游ゴシック Medium"/>
          <w:lang w:eastAsia="ja-JP"/>
        </w:rPr>
        <w:t>雇用事例紹介</w:t>
      </w:r>
      <w:r w:rsidR="00587796">
        <w:rPr>
          <w:rFonts w:ascii="游ゴシック Medium" w:eastAsia="游ゴシック Medium" w:hAnsi="游ゴシック Medium" w:hint="eastAsia"/>
          <w:lang w:eastAsia="ja-JP"/>
        </w:rPr>
        <w:t>、</w:t>
      </w:r>
      <w:r w:rsidRPr="00BD1BF1">
        <w:rPr>
          <w:rFonts w:ascii="游ゴシック Medium" w:eastAsia="游ゴシック Medium" w:hAnsi="游ゴシック Medium"/>
          <w:lang w:eastAsia="ja-JP"/>
        </w:rPr>
        <w:t>グループディスカッション</w:t>
      </w:r>
      <w:r w:rsidR="00587796">
        <w:rPr>
          <w:rFonts w:ascii="游ゴシック Medium" w:eastAsia="游ゴシック Medium" w:hAnsi="游ゴシック Medium" w:hint="eastAsia"/>
          <w:lang w:eastAsia="ja-JP"/>
        </w:rPr>
        <w:t>、</w:t>
      </w:r>
      <w:r w:rsidRPr="00BD1BF1">
        <w:rPr>
          <w:rFonts w:ascii="游ゴシック Medium" w:eastAsia="游ゴシック Medium" w:hAnsi="游ゴシック Medium"/>
          <w:lang w:eastAsia="ja-JP"/>
        </w:rPr>
        <w:t>質疑応答</w:t>
      </w:r>
      <w:r w:rsidR="00686342">
        <w:rPr>
          <w:rFonts w:ascii="游ゴシック Medium" w:eastAsia="游ゴシック Medium" w:hAnsi="游ゴシック Medium" w:hint="eastAsia"/>
          <w:lang w:eastAsia="ja-JP"/>
        </w:rPr>
        <w:t>など</w:t>
      </w:r>
    </w:p>
    <w:p w14:paraId="5AC2FFED" w14:textId="5620934A" w:rsidR="00C817BD" w:rsidRPr="00BD1BF1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A7437F" w:rsidRPr="00BD1BF1">
        <w:rPr>
          <w:rFonts w:ascii="游ゴシック Medium" w:eastAsia="游ゴシック Medium" w:hAnsi="游ゴシック Medium"/>
          <w:lang w:eastAsia="ja-JP"/>
        </w:rPr>
        <w:t>講師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49BA115F" w14:textId="286FF322" w:rsidR="007D4841" w:rsidRDefault="007D4841" w:rsidP="00BD1BF1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有限会社奥進システム 代表取締役 奥脇学氏</w:t>
      </w:r>
    </w:p>
    <w:p w14:paraId="2319126E" w14:textId="2CEAE0AD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認定NPO法人 大阪障害者雇用支援ネットワーク</w:t>
      </w:r>
      <w:r w:rsidR="007D4841">
        <w:rPr>
          <w:rFonts w:ascii="游ゴシック Medium" w:eastAsia="游ゴシック Medium" w:hAnsi="游ゴシック Medium" w:hint="eastAsia"/>
          <w:lang w:eastAsia="ja-JP"/>
        </w:rPr>
        <w:t xml:space="preserve"> </w:t>
      </w:r>
      <w:r w:rsidRPr="00BD1BF1">
        <w:rPr>
          <w:rFonts w:ascii="游ゴシック Medium" w:eastAsia="游ゴシック Medium" w:hAnsi="游ゴシック Medium"/>
          <w:lang w:eastAsia="ja-JP"/>
        </w:rPr>
        <w:t>飴野優氏</w:t>
      </w:r>
    </w:p>
    <w:p w14:paraId="4E0E9148" w14:textId="77777777" w:rsidR="00C817BD" w:rsidRPr="00BD1BF1" w:rsidRDefault="00C817BD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</w:p>
    <w:p w14:paraId="7BB3E6FB" w14:textId="45F6FDF9" w:rsidR="00587796" w:rsidRPr="00BD1BF1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〈</w:t>
      </w:r>
      <w:r w:rsidR="00A7437F" w:rsidRPr="00BD1BF1">
        <w:rPr>
          <w:rFonts w:ascii="游ゴシック Medium" w:eastAsia="游ゴシック Medium" w:hAnsi="游ゴシック Medium"/>
          <w:lang w:eastAsia="ja-JP"/>
        </w:rPr>
        <w:t>職場体験</w:t>
      </w:r>
      <w:r w:rsidR="00587796">
        <w:rPr>
          <w:rFonts w:ascii="游ゴシック Medium" w:eastAsia="游ゴシック Medium" w:hAnsi="游ゴシック Medium" w:hint="eastAsia"/>
          <w:lang w:eastAsia="ja-JP"/>
        </w:rPr>
        <w:t>研修</w:t>
      </w:r>
      <w:r>
        <w:rPr>
          <w:rFonts w:ascii="游ゴシック Medium" w:eastAsia="游ゴシック Medium" w:hAnsi="游ゴシック Medium" w:hint="eastAsia"/>
          <w:lang w:eastAsia="ja-JP"/>
        </w:rPr>
        <w:t>〉</w:t>
      </w:r>
    </w:p>
    <w:p w14:paraId="48C8898E" w14:textId="6AF1DBED" w:rsidR="00587796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587796">
        <w:rPr>
          <w:rFonts w:ascii="游ゴシック Medium" w:eastAsia="游ゴシック Medium" w:hAnsi="游ゴシック Medium" w:hint="eastAsia"/>
          <w:lang w:eastAsia="ja-JP"/>
        </w:rPr>
        <w:t>体験実施期間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30EABC1E" w14:textId="674CDCEF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令和8年</w:t>
      </w:r>
      <w:r w:rsidR="007D4841">
        <w:rPr>
          <w:rFonts w:ascii="游ゴシック Medium" w:eastAsia="游ゴシック Medium" w:hAnsi="游ゴシック Medium" w:hint="eastAsia"/>
          <w:lang w:eastAsia="ja-JP"/>
        </w:rPr>
        <w:t>11</w:t>
      </w:r>
      <w:r w:rsidRPr="00BD1BF1">
        <w:rPr>
          <w:rFonts w:ascii="游ゴシック Medium" w:eastAsia="游ゴシック Medium" w:hAnsi="游ゴシック Medium"/>
          <w:lang w:eastAsia="ja-JP"/>
        </w:rPr>
        <w:t>月</w:t>
      </w:r>
      <w:r w:rsidR="00686342">
        <w:rPr>
          <w:rFonts w:ascii="游ゴシック Medium" w:eastAsia="游ゴシック Medium" w:hAnsi="游ゴシック Medium" w:hint="eastAsia"/>
          <w:lang w:eastAsia="ja-JP"/>
        </w:rPr>
        <w:t>から</w:t>
      </w:r>
      <w:r w:rsidR="007D4841">
        <w:rPr>
          <w:rFonts w:ascii="游ゴシック Medium" w:eastAsia="游ゴシック Medium" w:hAnsi="游ゴシック Medium" w:hint="eastAsia"/>
          <w:lang w:eastAsia="ja-JP"/>
        </w:rPr>
        <w:t>12</w:t>
      </w:r>
      <w:r w:rsidRPr="00BD1BF1">
        <w:rPr>
          <w:rFonts w:ascii="游ゴシック Medium" w:eastAsia="游ゴシック Medium" w:hAnsi="游ゴシック Medium"/>
          <w:lang w:eastAsia="ja-JP"/>
        </w:rPr>
        <w:t>月予定</w:t>
      </w:r>
    </w:p>
    <w:p w14:paraId="6F106BA4" w14:textId="652BB984" w:rsidR="00587796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587796">
        <w:rPr>
          <w:rFonts w:ascii="游ゴシック Medium" w:eastAsia="游ゴシック Medium" w:hAnsi="游ゴシック Medium" w:hint="eastAsia"/>
          <w:lang w:eastAsia="ja-JP"/>
        </w:rPr>
        <w:t>場所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383F9441" w14:textId="5051D976" w:rsidR="00C817BD" w:rsidRPr="00BD1BF1" w:rsidRDefault="00A7437F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1BF1">
        <w:rPr>
          <w:rFonts w:ascii="游ゴシック Medium" w:eastAsia="游ゴシック Medium" w:hAnsi="游ゴシック Medium"/>
          <w:lang w:eastAsia="ja-JP"/>
        </w:rPr>
        <w:t>各職場体験先企業</w:t>
      </w:r>
    </w:p>
    <w:p w14:paraId="7A2754C8" w14:textId="757D3EC6" w:rsidR="00C817BD" w:rsidRDefault="00B7432C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587796">
        <w:rPr>
          <w:rFonts w:ascii="游ゴシック Medium" w:eastAsia="游ゴシック Medium" w:hAnsi="游ゴシック Medium" w:hint="eastAsia"/>
          <w:lang w:eastAsia="ja-JP"/>
        </w:rPr>
        <w:t>内容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386EA2CC" w14:textId="52299261" w:rsidR="00587796" w:rsidRDefault="00587796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企業の概要の説明</w:t>
      </w:r>
      <w:r w:rsidR="007D4841">
        <w:rPr>
          <w:rFonts w:ascii="游ゴシック Medium" w:eastAsia="游ゴシック Medium" w:hAnsi="游ゴシック Medium" w:hint="eastAsia"/>
          <w:lang w:eastAsia="ja-JP"/>
        </w:rPr>
        <w:t>・</w:t>
      </w:r>
      <w:r>
        <w:rPr>
          <w:rFonts w:ascii="游ゴシック Medium" w:eastAsia="游ゴシック Medium" w:hAnsi="游ゴシック Medium" w:hint="eastAsia"/>
          <w:lang w:eastAsia="ja-JP"/>
        </w:rPr>
        <w:t>ビデオ視聴、事業所内の見学、精神・発達障がい者雇用企業での職場体験</w:t>
      </w:r>
      <w:r w:rsidR="007D4841">
        <w:rPr>
          <w:rFonts w:ascii="游ゴシック Medium" w:eastAsia="游ゴシック Medium" w:hAnsi="游ゴシック Medium" w:hint="eastAsia"/>
          <w:lang w:eastAsia="ja-JP"/>
        </w:rPr>
        <w:t>（実習）</w:t>
      </w:r>
      <w:r>
        <w:rPr>
          <w:rFonts w:ascii="游ゴシック Medium" w:eastAsia="游ゴシック Medium" w:hAnsi="游ゴシック Medium" w:hint="eastAsia"/>
          <w:lang w:eastAsia="ja-JP"/>
        </w:rPr>
        <w:t>、</w:t>
      </w:r>
      <w:r w:rsidR="007D4841">
        <w:rPr>
          <w:rFonts w:ascii="游ゴシック Medium" w:eastAsia="游ゴシック Medium" w:hAnsi="游ゴシック Medium" w:hint="eastAsia"/>
          <w:lang w:eastAsia="ja-JP"/>
        </w:rPr>
        <w:t>各職場での</w:t>
      </w:r>
      <w:r>
        <w:rPr>
          <w:rFonts w:ascii="游ゴシック Medium" w:eastAsia="游ゴシック Medium" w:hAnsi="游ゴシック Medium" w:hint="eastAsia"/>
          <w:lang w:eastAsia="ja-JP"/>
        </w:rPr>
        <w:t>指導員を交え</w:t>
      </w:r>
      <w:r w:rsidR="007D4841">
        <w:rPr>
          <w:rFonts w:ascii="游ゴシック Medium" w:eastAsia="游ゴシック Medium" w:hAnsi="游ゴシック Medium" w:hint="eastAsia"/>
          <w:lang w:eastAsia="ja-JP"/>
        </w:rPr>
        <w:t>ての</w:t>
      </w:r>
      <w:r>
        <w:rPr>
          <w:rFonts w:ascii="游ゴシック Medium" w:eastAsia="游ゴシック Medium" w:hAnsi="游ゴシック Medium" w:hint="eastAsia"/>
          <w:lang w:eastAsia="ja-JP"/>
        </w:rPr>
        <w:t>振り返り</w:t>
      </w:r>
      <w:r w:rsidR="007D4841">
        <w:rPr>
          <w:rFonts w:ascii="游ゴシック Medium" w:eastAsia="游ゴシック Medium" w:hAnsi="游ゴシック Medium" w:hint="eastAsia"/>
          <w:lang w:eastAsia="ja-JP"/>
        </w:rPr>
        <w:t>・</w:t>
      </w:r>
      <w:r>
        <w:rPr>
          <w:rFonts w:ascii="游ゴシック Medium" w:eastAsia="游ゴシック Medium" w:hAnsi="游ゴシック Medium" w:hint="eastAsia"/>
          <w:lang w:eastAsia="ja-JP"/>
        </w:rPr>
        <w:t>意見交換、実例に基づく事例研究・意見交換</w:t>
      </w:r>
      <w:r w:rsidR="00686342">
        <w:rPr>
          <w:rFonts w:ascii="游ゴシック Medium" w:eastAsia="游ゴシック Medium" w:hAnsi="游ゴシック Medium" w:hint="eastAsia"/>
          <w:lang w:eastAsia="ja-JP"/>
        </w:rPr>
        <w:t>など</w:t>
      </w:r>
    </w:p>
    <w:p w14:paraId="5DA87F18" w14:textId="77777777" w:rsidR="00BD38D9" w:rsidRDefault="00BD38D9" w:rsidP="00BD1BF1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</w:p>
    <w:p w14:paraId="5A07DA8F" w14:textId="77777777" w:rsidR="00BD38D9" w:rsidRPr="00BD38D9" w:rsidRDefault="00BD38D9" w:rsidP="00BD38D9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 w:rsidRPr="00BD38D9">
        <w:rPr>
          <w:rFonts w:ascii="游ゴシック Medium" w:eastAsia="游ゴシック Medium" w:hAnsi="游ゴシック Medium" w:hint="eastAsia"/>
          <w:lang w:eastAsia="ja-JP"/>
        </w:rPr>
        <w:t>職場体験先企業は下記をご参照ください。</w:t>
      </w:r>
    </w:p>
    <w:p w14:paraId="1363A61D" w14:textId="6517FC9E" w:rsidR="00BD38D9" w:rsidRDefault="00BD38D9" w:rsidP="00BD38D9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・大和ハウス工業株式会社</w:t>
      </w:r>
      <w:r>
        <w:rPr>
          <w:rFonts w:ascii="游ゴシック Medium" w:eastAsia="游ゴシック Medium" w:hAnsi="游ゴシック Medium"/>
          <w:lang w:eastAsia="ja-JP"/>
        </w:rPr>
        <w:tab/>
      </w:r>
      <w:r w:rsidR="00E25A7A">
        <w:rPr>
          <w:rFonts w:ascii="游ゴシック Medium" w:eastAsia="游ゴシック Medium" w:hAnsi="游ゴシック Medium"/>
          <w:lang w:eastAsia="ja-JP"/>
        </w:rPr>
        <w:tab/>
      </w:r>
      <w:r w:rsidR="00E25A7A">
        <w:rPr>
          <w:rFonts w:ascii="游ゴシック Medium" w:eastAsia="游ゴシック Medium" w:hAnsi="游ゴシック Medium" w:hint="eastAsia"/>
          <w:lang w:eastAsia="ja-JP"/>
        </w:rPr>
        <w:t>11月25日（水曜日）</w:t>
      </w:r>
    </w:p>
    <w:p w14:paraId="532A11B1" w14:textId="110FA62C" w:rsidR="00E25A7A" w:rsidRDefault="00E25A7A" w:rsidP="00BD38D9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lastRenderedPageBreak/>
        <w:t>・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株式会社スミセイハーモニー</w:t>
      </w:r>
      <w:r>
        <w:rPr>
          <w:rFonts w:ascii="游ゴシック Medium" w:eastAsia="游ゴシック Medium" w:hAnsi="游ゴシック Medium"/>
          <w:lang w:eastAsia="ja-JP"/>
        </w:rPr>
        <w:tab/>
      </w:r>
      <w:r>
        <w:rPr>
          <w:rFonts w:ascii="游ゴシック Medium" w:eastAsia="游ゴシック Medium" w:hAnsi="游ゴシック Medium" w:hint="eastAsia"/>
          <w:lang w:eastAsia="ja-JP"/>
        </w:rPr>
        <w:t>12月23日（水曜日）</w:t>
      </w:r>
    </w:p>
    <w:p w14:paraId="1B311482" w14:textId="2FD060CC" w:rsidR="00E25A7A" w:rsidRDefault="00E25A7A" w:rsidP="00BD38D9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・株式会社長谷工リンクス</w:t>
      </w:r>
      <w:r>
        <w:rPr>
          <w:rFonts w:ascii="游ゴシック Medium" w:eastAsia="游ゴシック Medium" w:hAnsi="游ゴシック Medium"/>
          <w:lang w:eastAsia="ja-JP"/>
        </w:rPr>
        <w:tab/>
      </w:r>
      <w:r>
        <w:rPr>
          <w:rFonts w:ascii="游ゴシック Medium" w:eastAsia="游ゴシック Medium" w:hAnsi="游ゴシック Medium"/>
          <w:lang w:eastAsia="ja-JP"/>
        </w:rPr>
        <w:tab/>
      </w:r>
      <w:r>
        <w:rPr>
          <w:rFonts w:ascii="游ゴシック Medium" w:eastAsia="游ゴシック Medium" w:hAnsi="游ゴシック Medium" w:hint="eastAsia"/>
          <w:lang w:eastAsia="ja-JP"/>
        </w:rPr>
        <w:t>12月22日（火曜日）</w:t>
      </w:r>
    </w:p>
    <w:p w14:paraId="7A58925D" w14:textId="5A9BD855" w:rsidR="00BD38D9" w:rsidRDefault="00BD38D9" w:rsidP="00BD38D9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BD38D9">
        <w:rPr>
          <w:rFonts w:ascii="游ゴシック Medium" w:eastAsia="游ゴシック Medium" w:hAnsi="游ゴシック Medium" w:hint="eastAsia"/>
          <w:lang w:eastAsia="ja-JP"/>
        </w:rPr>
        <w:t>・有限会社奥進システム</w:t>
      </w:r>
      <w:r w:rsidR="00E25A7A">
        <w:rPr>
          <w:rFonts w:ascii="游ゴシック Medium" w:eastAsia="游ゴシック Medium" w:hAnsi="游ゴシック Medium"/>
          <w:lang w:eastAsia="ja-JP"/>
        </w:rPr>
        <w:tab/>
      </w:r>
      <w:r w:rsidR="00E25A7A">
        <w:rPr>
          <w:rFonts w:ascii="游ゴシック Medium" w:eastAsia="游ゴシック Medium" w:hAnsi="游ゴシック Medium"/>
          <w:lang w:eastAsia="ja-JP"/>
        </w:rPr>
        <w:tab/>
      </w:r>
      <w:r w:rsidR="00E25A7A">
        <w:rPr>
          <w:rFonts w:ascii="游ゴシック Medium" w:eastAsia="游ゴシック Medium" w:hAnsi="游ゴシック Medium" w:hint="eastAsia"/>
          <w:lang w:eastAsia="ja-JP"/>
        </w:rPr>
        <w:t>11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月</w:t>
      </w:r>
      <w:r w:rsidR="00E25A7A">
        <w:rPr>
          <w:rFonts w:ascii="游ゴシック Medium" w:eastAsia="游ゴシック Medium" w:hAnsi="游ゴシック Medium" w:hint="eastAsia"/>
          <w:lang w:eastAsia="ja-JP"/>
        </w:rPr>
        <w:t>17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日（火</w:t>
      </w:r>
      <w:r w:rsidR="00E25A7A">
        <w:rPr>
          <w:rFonts w:ascii="游ゴシック Medium" w:eastAsia="游ゴシック Medium" w:hAnsi="游ゴシック Medium" w:hint="eastAsia"/>
          <w:lang w:eastAsia="ja-JP"/>
        </w:rPr>
        <w:t>曜日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1EE7C857" w14:textId="7E569D40" w:rsidR="00E25A7A" w:rsidRPr="00BD38D9" w:rsidRDefault="00E25A7A" w:rsidP="00BD38D9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・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株式会社エルアイ武田</w:t>
      </w:r>
      <w:r>
        <w:rPr>
          <w:rFonts w:ascii="游ゴシック Medium" w:eastAsia="游ゴシック Medium" w:hAnsi="游ゴシック Medium"/>
          <w:lang w:eastAsia="ja-JP"/>
        </w:rPr>
        <w:tab/>
      </w:r>
      <w:r>
        <w:rPr>
          <w:rFonts w:ascii="游ゴシック Medium" w:eastAsia="游ゴシック Medium" w:hAnsi="游ゴシック Medium"/>
          <w:lang w:eastAsia="ja-JP"/>
        </w:rPr>
        <w:tab/>
      </w:r>
      <w:r>
        <w:rPr>
          <w:rFonts w:ascii="游ゴシック Medium" w:eastAsia="游ゴシック Medium" w:hAnsi="游ゴシック Medium" w:hint="eastAsia"/>
          <w:lang w:eastAsia="ja-JP"/>
        </w:rPr>
        <w:t>12月16日（水曜日）、12月17日（木曜日）</w:t>
      </w:r>
    </w:p>
    <w:p w14:paraId="759F66CD" w14:textId="42900B19" w:rsidR="00BD38D9" w:rsidRPr="00BD38D9" w:rsidRDefault="00BD38D9" w:rsidP="00BD38D9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 w:rsidRPr="00BD38D9">
        <w:rPr>
          <w:rFonts w:ascii="游ゴシック Medium" w:eastAsia="游ゴシック Medium" w:hAnsi="游ゴシック Medium" w:hint="eastAsia"/>
          <w:lang w:eastAsia="ja-JP"/>
        </w:rPr>
        <w:t>・ヤンマーシンビオシス株式会社</w:t>
      </w:r>
      <w:r w:rsidR="00E25A7A">
        <w:rPr>
          <w:rFonts w:ascii="游ゴシック Medium" w:eastAsia="游ゴシック Medium" w:hAnsi="游ゴシック Medium"/>
          <w:lang w:eastAsia="ja-JP"/>
        </w:rPr>
        <w:tab/>
      </w:r>
      <w:r w:rsidR="00E25A7A">
        <w:rPr>
          <w:rFonts w:ascii="游ゴシック Medium" w:eastAsia="游ゴシック Medium" w:hAnsi="游ゴシック Medium" w:hint="eastAsia"/>
          <w:lang w:eastAsia="ja-JP"/>
        </w:rPr>
        <w:t>11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月</w:t>
      </w:r>
      <w:r w:rsidR="00E25A7A">
        <w:rPr>
          <w:rFonts w:ascii="游ゴシック Medium" w:eastAsia="游ゴシック Medium" w:hAnsi="游ゴシック Medium" w:hint="eastAsia"/>
          <w:lang w:eastAsia="ja-JP"/>
        </w:rPr>
        <w:t>27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日（</w:t>
      </w:r>
      <w:r w:rsidR="00E25A7A">
        <w:rPr>
          <w:rFonts w:ascii="游ゴシック Medium" w:eastAsia="游ゴシック Medium" w:hAnsi="游ゴシック Medium" w:hint="eastAsia"/>
          <w:lang w:eastAsia="ja-JP"/>
        </w:rPr>
        <w:t>金曜日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1AEFFF76" w14:textId="63D9E10F" w:rsidR="00BD38D9" w:rsidRPr="00BD38D9" w:rsidRDefault="00BD38D9" w:rsidP="00BD38D9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 w:rsidRPr="00BD38D9">
        <w:rPr>
          <w:rFonts w:ascii="游ゴシック Medium" w:eastAsia="游ゴシック Medium" w:hAnsi="游ゴシック Medium" w:hint="eastAsia"/>
          <w:lang w:eastAsia="ja-JP"/>
        </w:rPr>
        <w:t>・株式会社ニッセイ・ニュークリエーション</w:t>
      </w:r>
      <w:r w:rsidR="00E25A7A">
        <w:rPr>
          <w:rFonts w:ascii="游ゴシック Medium" w:eastAsia="游ゴシック Medium" w:hAnsi="游ゴシック Medium"/>
          <w:lang w:eastAsia="ja-JP"/>
        </w:rPr>
        <w:tab/>
      </w:r>
      <w:r w:rsidR="00E25A7A">
        <w:rPr>
          <w:rFonts w:ascii="游ゴシック Medium" w:eastAsia="游ゴシック Medium" w:hAnsi="游ゴシック Medium" w:hint="eastAsia"/>
          <w:lang w:eastAsia="ja-JP"/>
        </w:rPr>
        <w:t>11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月</w:t>
      </w:r>
      <w:r w:rsidR="00E25A7A">
        <w:rPr>
          <w:rFonts w:ascii="游ゴシック Medium" w:eastAsia="游ゴシック Medium" w:hAnsi="游ゴシック Medium" w:hint="eastAsia"/>
          <w:lang w:eastAsia="ja-JP"/>
        </w:rPr>
        <w:t>12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日（木</w:t>
      </w:r>
      <w:r w:rsidR="00E25A7A">
        <w:rPr>
          <w:rFonts w:ascii="游ゴシック Medium" w:eastAsia="游ゴシック Medium" w:hAnsi="游ゴシック Medium" w:hint="eastAsia"/>
          <w:lang w:eastAsia="ja-JP"/>
        </w:rPr>
        <w:t>曜日</w:t>
      </w:r>
      <w:r w:rsidRPr="00BD38D9"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22B8F57D" w14:textId="2CAE8F35" w:rsidR="00587796" w:rsidRDefault="00587796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</w:p>
    <w:p w14:paraId="3FB8B314" w14:textId="65B858A8" w:rsidR="00587796" w:rsidRDefault="00E25A7A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587796">
        <w:rPr>
          <w:rFonts w:ascii="游ゴシック Medium" w:eastAsia="游ゴシック Medium" w:hAnsi="游ゴシック Medium" w:hint="eastAsia"/>
          <w:lang w:eastAsia="ja-JP"/>
        </w:rPr>
        <w:t>申込</w:t>
      </w:r>
      <w:r>
        <w:rPr>
          <w:rFonts w:ascii="游ゴシック Medium" w:eastAsia="游ゴシック Medium" w:hAnsi="游ゴシック Medium" w:hint="eastAsia"/>
          <w:lang w:eastAsia="ja-JP"/>
        </w:rPr>
        <w:t>方法）</w:t>
      </w:r>
      <w:r w:rsidR="00446074">
        <w:rPr>
          <w:rFonts w:ascii="游ゴシック Medium" w:eastAsia="游ゴシック Medium" w:hAnsi="游ゴシック Medium" w:hint="eastAsia"/>
          <w:lang w:eastAsia="ja-JP"/>
        </w:rPr>
        <w:t>以下の</w:t>
      </w:r>
      <w:r w:rsidR="00587796">
        <w:rPr>
          <w:rFonts w:ascii="游ゴシック Medium" w:eastAsia="游ゴシック Medium" w:hAnsi="游ゴシック Medium" w:hint="eastAsia"/>
          <w:lang w:eastAsia="ja-JP"/>
        </w:rPr>
        <w:t>ウェブフォーム</w:t>
      </w:r>
      <w:r w:rsidR="00446074">
        <w:rPr>
          <w:rFonts w:ascii="游ゴシック Medium" w:eastAsia="游ゴシック Medium" w:hAnsi="游ゴシック Medium" w:hint="eastAsia"/>
          <w:lang w:eastAsia="ja-JP"/>
        </w:rPr>
        <w:t>から</w:t>
      </w:r>
      <w:r w:rsidR="00587796">
        <w:rPr>
          <w:rFonts w:ascii="游ゴシック Medium" w:eastAsia="游ゴシック Medium" w:hAnsi="游ゴシック Medium" w:hint="eastAsia"/>
          <w:lang w:eastAsia="ja-JP"/>
        </w:rPr>
        <w:t>お申込みください。</w:t>
      </w:r>
    </w:p>
    <w:p w14:paraId="4A9EB482" w14:textId="4FF76B4B" w:rsidR="00446074" w:rsidRDefault="00AD6C5A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AD6C5A">
        <w:rPr>
          <w:rFonts w:ascii="游ゴシック Medium" w:eastAsia="游ゴシック Medium" w:hAnsi="游ゴシック Medium"/>
          <w:lang w:eastAsia="ja-JP"/>
        </w:rPr>
        <w:t>https://x.gd/gahr3</w:t>
      </w:r>
    </w:p>
    <w:p w14:paraId="51791943" w14:textId="77777777" w:rsidR="00AD6C5A" w:rsidRPr="00AD6C5A" w:rsidRDefault="00AD6C5A" w:rsidP="00BD1BF1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</w:p>
    <w:p w14:paraId="41D656C6" w14:textId="77777777" w:rsidR="00E25A7A" w:rsidRPr="00E25A7A" w:rsidRDefault="00E25A7A" w:rsidP="00E25A7A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 w:rsidRPr="00E25A7A">
        <w:rPr>
          <w:rFonts w:ascii="游ゴシック Medium" w:eastAsia="游ゴシック Medium" w:hAnsi="游ゴシック Medium" w:hint="eastAsia"/>
          <w:lang w:eastAsia="ja-JP"/>
        </w:rPr>
        <w:t>申込みは先着順で定員に達し次第受付を終了します。申込み確認後、参加確認のご連絡をいたします。</w:t>
      </w:r>
    </w:p>
    <w:p w14:paraId="56CBB741" w14:textId="77777777" w:rsidR="00E25A7A" w:rsidRPr="00E25A7A" w:rsidRDefault="00E25A7A" w:rsidP="00E25A7A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 w:rsidRPr="00E25A7A">
        <w:rPr>
          <w:rFonts w:ascii="游ゴシック Medium" w:eastAsia="游ゴシック Medium" w:hAnsi="游ゴシック Medium" w:hint="eastAsia"/>
          <w:lang w:eastAsia="ja-JP"/>
        </w:rPr>
        <w:t>本研修事業への参加において、1社2名様を超える場合、もしくは受講希望者数多数の場合は、1社2名様までとさせていただく場合があります。</w:t>
      </w:r>
    </w:p>
    <w:p w14:paraId="5CA517EA" w14:textId="77777777" w:rsidR="00E25A7A" w:rsidRDefault="00E25A7A" w:rsidP="00E25A7A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E25A7A">
        <w:rPr>
          <w:rFonts w:ascii="游ゴシック Medium" w:eastAsia="游ゴシック Medium" w:hAnsi="游ゴシック Medium" w:hint="eastAsia"/>
          <w:lang w:eastAsia="ja-JP"/>
        </w:rPr>
        <w:t>連絡なく欠席された場合は、次回以降の受講をお断りする場合があります。</w:t>
      </w:r>
    </w:p>
    <w:p w14:paraId="5A8EE7FA" w14:textId="236C7AB1" w:rsidR="000C1035" w:rsidRDefault="000C1035" w:rsidP="00E25A7A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この研修は人事担当者</w:t>
      </w:r>
      <w:r w:rsidR="00E25A7A">
        <w:rPr>
          <w:rFonts w:ascii="游ゴシック Medium" w:eastAsia="游ゴシック Medium" w:hAnsi="游ゴシック Medium" w:hint="eastAsia"/>
          <w:lang w:eastAsia="ja-JP"/>
        </w:rPr>
        <w:t>及び</w:t>
      </w:r>
      <w:r>
        <w:rPr>
          <w:rFonts w:ascii="游ゴシック Medium" w:eastAsia="游ゴシック Medium" w:hAnsi="游ゴシック Medium" w:hint="eastAsia"/>
          <w:lang w:eastAsia="ja-JP"/>
        </w:rPr>
        <w:t>配属</w:t>
      </w:r>
      <w:r w:rsidR="00E25A7A">
        <w:rPr>
          <w:rFonts w:ascii="游ゴシック Medium" w:eastAsia="游ゴシック Medium" w:hAnsi="游ゴシック Medium" w:hint="eastAsia"/>
          <w:lang w:eastAsia="ja-JP"/>
        </w:rPr>
        <w:t>予定先従業員等の企業在籍者を対象</w:t>
      </w:r>
      <w:r>
        <w:rPr>
          <w:rFonts w:ascii="游ゴシック Medium" w:eastAsia="游ゴシック Medium" w:hAnsi="游ゴシック Medium" w:hint="eastAsia"/>
          <w:lang w:eastAsia="ja-JP"/>
        </w:rPr>
        <w:t>と</w:t>
      </w:r>
      <w:r w:rsidR="00E25A7A">
        <w:rPr>
          <w:rFonts w:ascii="游ゴシック Medium" w:eastAsia="游ゴシック Medium" w:hAnsi="游ゴシック Medium" w:hint="eastAsia"/>
          <w:lang w:eastAsia="ja-JP"/>
        </w:rPr>
        <w:t>させていただいております</w:t>
      </w:r>
      <w:r>
        <w:rPr>
          <w:rFonts w:ascii="游ゴシック Medium" w:eastAsia="游ゴシック Medium" w:hAnsi="游ゴシック Medium" w:hint="eastAsia"/>
          <w:lang w:eastAsia="ja-JP"/>
        </w:rPr>
        <w:t>。</w:t>
      </w:r>
    </w:p>
    <w:p w14:paraId="3A937B22" w14:textId="3F8C0A49" w:rsidR="00E25A7A" w:rsidRPr="00E25A7A" w:rsidRDefault="00E25A7A" w:rsidP="00E25A7A">
      <w:pPr>
        <w:snapToGrid w:val="0"/>
        <w:spacing w:after="0" w:line="240" w:lineRule="auto"/>
        <w:rPr>
          <w:rFonts w:ascii="游ゴシック Medium" w:eastAsia="游ゴシック Medium" w:hAnsi="游ゴシック Medium" w:hint="eastAsia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手話通訳や場内誘導等の配慮が必要な方は、お申込みフォームの備考欄にその旨をご記入ください。</w:t>
      </w:r>
    </w:p>
    <w:p w14:paraId="1092A82F" w14:textId="654AC4F9" w:rsidR="00686342" w:rsidRDefault="00686342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</w:p>
    <w:p w14:paraId="0073839D" w14:textId="6814AFEE" w:rsidR="00686342" w:rsidRDefault="00E25A7A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>
        <w:rPr>
          <w:rFonts w:ascii="游ゴシック Medium" w:eastAsia="游ゴシック Medium" w:hAnsi="游ゴシック Medium" w:hint="eastAsia"/>
          <w:lang w:eastAsia="ja-JP"/>
        </w:rPr>
        <w:t>（</w:t>
      </w:r>
      <w:r w:rsidR="00686342">
        <w:rPr>
          <w:rFonts w:ascii="游ゴシック Medium" w:eastAsia="游ゴシック Medium" w:hAnsi="游ゴシック Medium" w:hint="eastAsia"/>
          <w:lang w:eastAsia="ja-JP"/>
        </w:rPr>
        <w:t>問い合わせ先</w:t>
      </w:r>
      <w:r w:rsidR="00435411">
        <w:rPr>
          <w:rFonts w:ascii="游ゴシック Medium" w:eastAsia="游ゴシック Medium" w:hAnsi="游ゴシック Medium" w:hint="eastAsia"/>
          <w:lang w:eastAsia="ja-JP"/>
        </w:rPr>
        <w:t>・申し込み先</w:t>
      </w:r>
      <w:r>
        <w:rPr>
          <w:rFonts w:ascii="游ゴシック Medium" w:eastAsia="游ゴシック Medium" w:hAnsi="游ゴシック Medium" w:hint="eastAsia"/>
          <w:lang w:eastAsia="ja-JP"/>
        </w:rPr>
        <w:t>）</w:t>
      </w:r>
    </w:p>
    <w:p w14:paraId="30BC69CF" w14:textId="77777777" w:rsidR="00435411" w:rsidRDefault="00435411" w:rsidP="0043541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435411">
        <w:rPr>
          <w:rFonts w:ascii="游ゴシック Medium" w:eastAsia="游ゴシック Medium" w:hAnsi="游ゴシック Medium" w:hint="eastAsia"/>
          <w:lang w:eastAsia="ja-JP"/>
        </w:rPr>
        <w:t xml:space="preserve">事務局　</w:t>
      </w:r>
    </w:p>
    <w:p w14:paraId="5CDBB4DB" w14:textId="65E22BEF" w:rsidR="00435411" w:rsidRPr="00435411" w:rsidRDefault="00435411" w:rsidP="0043541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435411">
        <w:rPr>
          <w:rFonts w:ascii="游ゴシック Medium" w:eastAsia="游ゴシック Medium" w:hAnsi="游ゴシック Medium" w:hint="eastAsia"/>
          <w:lang w:eastAsia="ja-JP"/>
        </w:rPr>
        <w:t>認定NPO法人大阪障害者雇用支援ネットワーク</w:t>
      </w:r>
    </w:p>
    <w:p w14:paraId="73B61131" w14:textId="45242DF7" w:rsidR="00435411" w:rsidRPr="00435411" w:rsidRDefault="00435411" w:rsidP="0043541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435411">
        <w:rPr>
          <w:rFonts w:ascii="游ゴシック Medium" w:eastAsia="游ゴシック Medium" w:hAnsi="游ゴシック Medium" w:hint="eastAsia"/>
          <w:lang w:eastAsia="ja-JP"/>
        </w:rPr>
        <w:t>電話06-6949-9737</w:t>
      </w:r>
    </w:p>
    <w:p w14:paraId="2ABE8AA0" w14:textId="50AF1E40" w:rsidR="00435411" w:rsidRPr="00435411" w:rsidRDefault="00435411" w:rsidP="0043541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435411">
        <w:rPr>
          <w:rFonts w:ascii="游ゴシック Medium" w:eastAsia="游ゴシック Medium" w:hAnsi="游ゴシック Medium" w:hint="eastAsia"/>
          <w:lang w:eastAsia="ja-JP"/>
        </w:rPr>
        <w:t>メール2025msds-i</w:t>
      </w:r>
      <w:r>
        <w:rPr>
          <w:rFonts w:ascii="游ゴシック Medium" w:eastAsia="游ゴシック Medium" w:hAnsi="游ゴシック Medium"/>
          <w:lang w:eastAsia="ja-JP"/>
        </w:rPr>
        <w:t>n</w:t>
      </w:r>
      <w:r w:rsidRPr="00435411">
        <w:rPr>
          <w:rFonts w:ascii="游ゴシック Medium" w:eastAsia="游ゴシック Medium" w:hAnsi="游ゴシック Medium" w:hint="eastAsia"/>
          <w:lang w:eastAsia="ja-JP"/>
        </w:rPr>
        <w:t>fo@workwith.or.jp</w:t>
      </w:r>
    </w:p>
    <w:p w14:paraId="6AD8DF7C" w14:textId="77777777" w:rsidR="00435411" w:rsidRPr="00435411" w:rsidRDefault="00435411" w:rsidP="0043541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435411">
        <w:rPr>
          <w:rFonts w:ascii="游ゴシック Medium" w:eastAsia="游ゴシック Medium" w:hAnsi="游ゴシック Medium" w:hint="eastAsia"/>
          <w:lang w:eastAsia="ja-JP"/>
        </w:rPr>
        <w:t>ホームページ：https://www.workwith.or.jp/</w:t>
      </w:r>
    </w:p>
    <w:p w14:paraId="2D8E7E13" w14:textId="1967E2E9" w:rsidR="00435411" w:rsidRDefault="00435411" w:rsidP="0043541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  <w:r w:rsidRPr="00435411">
        <w:rPr>
          <w:rFonts w:ascii="游ゴシック Medium" w:eastAsia="游ゴシック Medium" w:hAnsi="游ゴシック Medium" w:hint="eastAsia"/>
          <w:lang w:eastAsia="ja-JP"/>
        </w:rPr>
        <w:t>当事業は認定NPO法人大阪障害者雇用支援ネットワークが</w:t>
      </w:r>
      <w:r>
        <w:rPr>
          <w:rFonts w:ascii="游ゴシック Medium" w:eastAsia="游ゴシック Medium" w:hAnsi="游ゴシック Medium" w:hint="eastAsia"/>
          <w:lang w:eastAsia="ja-JP"/>
        </w:rPr>
        <w:t>、</w:t>
      </w:r>
      <w:r w:rsidRPr="00435411">
        <w:rPr>
          <w:rFonts w:ascii="游ゴシック Medium" w:eastAsia="游ゴシック Medium" w:hAnsi="游ゴシック Medium" w:hint="eastAsia"/>
          <w:lang w:eastAsia="ja-JP"/>
        </w:rPr>
        <w:t>大阪府から委託を受け運営しています。</w:t>
      </w:r>
    </w:p>
    <w:p w14:paraId="4A570CC3" w14:textId="77777777" w:rsidR="00686342" w:rsidRPr="000C1035" w:rsidRDefault="00686342" w:rsidP="00BD1BF1">
      <w:pPr>
        <w:snapToGrid w:val="0"/>
        <w:spacing w:after="0" w:line="240" w:lineRule="auto"/>
        <w:rPr>
          <w:rFonts w:ascii="游ゴシック Medium" w:eastAsia="游ゴシック Medium" w:hAnsi="游ゴシック Medium"/>
          <w:lang w:eastAsia="ja-JP"/>
        </w:rPr>
      </w:pPr>
    </w:p>
    <w:sectPr w:rsidR="00686342" w:rsidRPr="000C103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DCF62" w14:textId="77777777" w:rsidR="00C5328F" w:rsidRDefault="00C5328F" w:rsidP="00A7437F">
      <w:pPr>
        <w:spacing w:after="0" w:line="240" w:lineRule="auto"/>
      </w:pPr>
      <w:r>
        <w:separator/>
      </w:r>
    </w:p>
  </w:endnote>
  <w:endnote w:type="continuationSeparator" w:id="0">
    <w:p w14:paraId="38C2330F" w14:textId="77777777" w:rsidR="00C5328F" w:rsidRDefault="00C5328F" w:rsidP="00A74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AE210" w14:textId="77777777" w:rsidR="00C5328F" w:rsidRDefault="00C5328F" w:rsidP="00A7437F">
      <w:pPr>
        <w:spacing w:after="0" w:line="240" w:lineRule="auto"/>
      </w:pPr>
      <w:r>
        <w:separator/>
      </w:r>
    </w:p>
  </w:footnote>
  <w:footnote w:type="continuationSeparator" w:id="0">
    <w:p w14:paraId="10FCDA68" w14:textId="77777777" w:rsidR="00C5328F" w:rsidRDefault="00C5328F" w:rsidP="00A743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86209109">
    <w:abstractNumId w:val="8"/>
  </w:num>
  <w:num w:numId="2" w16cid:durableId="1367871597">
    <w:abstractNumId w:val="6"/>
  </w:num>
  <w:num w:numId="3" w16cid:durableId="1422990172">
    <w:abstractNumId w:val="5"/>
  </w:num>
  <w:num w:numId="4" w16cid:durableId="1273443351">
    <w:abstractNumId w:val="4"/>
  </w:num>
  <w:num w:numId="5" w16cid:durableId="762381205">
    <w:abstractNumId w:val="7"/>
  </w:num>
  <w:num w:numId="6" w16cid:durableId="1467167001">
    <w:abstractNumId w:val="3"/>
  </w:num>
  <w:num w:numId="7" w16cid:durableId="610354684">
    <w:abstractNumId w:val="2"/>
  </w:num>
  <w:num w:numId="8" w16cid:durableId="1021470450">
    <w:abstractNumId w:val="1"/>
  </w:num>
  <w:num w:numId="9" w16cid:durableId="11351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1035"/>
    <w:rsid w:val="0015074B"/>
    <w:rsid w:val="0029639D"/>
    <w:rsid w:val="00326F90"/>
    <w:rsid w:val="00435411"/>
    <w:rsid w:val="00446074"/>
    <w:rsid w:val="00587796"/>
    <w:rsid w:val="00686342"/>
    <w:rsid w:val="007D4841"/>
    <w:rsid w:val="00A7437F"/>
    <w:rsid w:val="00AA1D8D"/>
    <w:rsid w:val="00AD6C5A"/>
    <w:rsid w:val="00B47730"/>
    <w:rsid w:val="00B7432C"/>
    <w:rsid w:val="00BD1BF1"/>
    <w:rsid w:val="00BD38D9"/>
    <w:rsid w:val="00C5328F"/>
    <w:rsid w:val="00C817BD"/>
    <w:rsid w:val="00CB0664"/>
    <w:rsid w:val="00CF5C21"/>
    <w:rsid w:val="00DD6515"/>
    <w:rsid w:val="00E25A7A"/>
    <w:rsid w:val="00EC42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342D22"/>
  <w14:defaultImageDpi w14:val="300"/>
  <w15:docId w15:val="{F85B067B-F343-4B50-A53E-9C673C60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Hyperlink"/>
    <w:basedOn w:val="a2"/>
    <w:uiPriority w:val="99"/>
    <w:unhideWhenUsed/>
    <w:rsid w:val="007D4841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7D48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秋田　あゆみ</cp:lastModifiedBy>
  <cp:revision>11</cp:revision>
  <dcterms:created xsi:type="dcterms:W3CDTF">2013-12-23T23:15:00Z</dcterms:created>
  <dcterms:modified xsi:type="dcterms:W3CDTF">2026-10-01T02:49:00Z</dcterms:modified>
  <cp:category/>
</cp:coreProperties>
</file>